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C78C0" w14:textId="77777777" w:rsidR="001E66E8" w:rsidRPr="00EC741F" w:rsidRDefault="00476929" w:rsidP="00EC741F">
      <w:pPr>
        <w:pStyle w:val="Heading1"/>
      </w:pPr>
      <w:r w:rsidRPr="00EC741F">
        <w:t>ATTACHMENT 5:</w:t>
      </w:r>
    </w:p>
    <w:p w14:paraId="29712396" w14:textId="77777777" w:rsidR="001E66E8" w:rsidRPr="00EC741F" w:rsidRDefault="00476929" w:rsidP="00EC741F">
      <w:pPr>
        <w:pStyle w:val="Heading1"/>
      </w:pPr>
      <w:r w:rsidRPr="00EC741F">
        <w:t>VENDOR QUALIFICATIONS AND BUSINESS INFORMATION</w:t>
      </w:r>
    </w:p>
    <w:p w14:paraId="746EF00E" w14:textId="3BBBEA31" w:rsidR="001E66E8" w:rsidRPr="00476929" w:rsidRDefault="00476929" w:rsidP="00476929">
      <w:pPr>
        <w:spacing w:after="240"/>
        <w:jc w:val="center"/>
        <w:rPr>
          <w:rFonts w:ascii="Arial" w:hAnsi="Arial" w:cs="Arial"/>
          <w:color w:val="auto"/>
          <w:sz w:val="20"/>
          <w:szCs w:val="20"/>
        </w:rPr>
      </w:pPr>
      <w:r w:rsidRPr="00DA10C1">
        <w:rPr>
          <w:rFonts w:ascii="Arial" w:hAnsi="Arial" w:cs="Arial"/>
          <w:b/>
          <w:color w:val="auto"/>
          <w:sz w:val="20"/>
          <w:szCs w:val="20"/>
        </w:rPr>
        <w:t xml:space="preserve">RFP </w:t>
      </w:r>
      <w:r w:rsidR="00DA10C1" w:rsidRPr="00DA10C1">
        <w:rPr>
          <w:rFonts w:ascii="Arial" w:hAnsi="Arial" w:cs="Arial"/>
          <w:b/>
          <w:color w:val="auto"/>
          <w:sz w:val="20"/>
          <w:szCs w:val="20"/>
        </w:rPr>
        <w:t>26-023</w:t>
      </w:r>
      <w:bookmarkStart w:id="0" w:name="_GoBack"/>
      <w:bookmarkEnd w:id="0"/>
    </w:p>
    <w:p w14:paraId="5EFC3CA0" w14:textId="77777777" w:rsidR="001E66E8" w:rsidRPr="00476929" w:rsidRDefault="00476929">
      <w:pPr>
        <w:spacing w:after="280"/>
        <w:rPr>
          <w:rFonts w:ascii="Arial" w:hAnsi="Arial" w:cs="Arial"/>
          <w:color w:val="auto"/>
          <w:sz w:val="20"/>
          <w:szCs w:val="20"/>
        </w:rPr>
      </w:pPr>
      <w:r w:rsidRPr="00476929">
        <w:rPr>
          <w:rFonts w:ascii="Arial" w:hAnsi="Arial" w:cs="Arial"/>
          <w:b/>
          <w:color w:val="auto"/>
          <w:sz w:val="20"/>
          <w:szCs w:val="20"/>
        </w:rPr>
        <w:t xml:space="preserve">Instructions for Vendor: </w:t>
      </w:r>
      <w:r w:rsidRPr="00476929">
        <w:rPr>
          <w:rFonts w:ascii="Arial" w:hAnsi="Arial" w:cs="Arial"/>
          <w:color w:val="auto"/>
          <w:sz w:val="20"/>
          <w:szCs w:val="20"/>
        </w:rPr>
        <w:t>Please provide detailed responses within the designated text form blocks below. All fields expand automatically as you type. If you require extra space or are attaching external matrices, please explicitly reference them inside the provided text area.</w:t>
      </w:r>
    </w:p>
    <w:p w14:paraId="0DAEA390" w14:textId="77777777" w:rsidR="001E66E8" w:rsidRPr="00EA6B29" w:rsidRDefault="00476929" w:rsidP="00EA6B29">
      <w:pPr>
        <w:pStyle w:val="Heading2"/>
      </w:pPr>
      <w:r w:rsidRPr="00EA6B29">
        <w:t>5.1. Experience</w:t>
      </w:r>
    </w:p>
    <w:p w14:paraId="7FC59231"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t xml:space="preserve">5.1.1. </w:t>
      </w:r>
      <w:r w:rsidRPr="00476929">
        <w:rPr>
          <w:rFonts w:ascii="Arial" w:hAnsi="Arial" w:cs="Arial"/>
          <w:color w:val="auto"/>
          <w:sz w:val="20"/>
          <w:szCs w:val="20"/>
        </w:rPr>
        <w:t>Number of years in business.</w:t>
      </w:r>
    </w:p>
    <w:p w14:paraId="59865B8F" w14:textId="77777777" w:rsidR="00100E17"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alias w:val="Number of years in business"/>
          <w:tag w:val="Number of years in business"/>
          <w:id w:val="1030695389"/>
          <w:lock w:val="sdtLocked"/>
          <w:placeholder>
            <w:docPart w:val="5A7948DE004D47FFAF4176695BC018EE"/>
          </w:placeholder>
          <w:showingPlcHdr/>
          <w15:color w:val="808080"/>
          <w:text/>
        </w:sdtPr>
        <w:sdtEndPr>
          <w:rPr>
            <w:rFonts w:ascii="Arial" w:hAnsi="Arial" w:cs="Arial"/>
            <w:color w:val="auto"/>
            <w:sz w:val="20"/>
            <w:szCs w:val="20"/>
          </w:rPr>
        </w:sdtEndPr>
        <w:sdtContent>
          <w:r w:rsidR="00100E17" w:rsidRPr="00D44C1B">
            <w:rPr>
              <w:rFonts w:ascii="Arial" w:hAnsi="Arial" w:cs="Arial"/>
              <w:i/>
              <w:color w:val="auto"/>
              <w:sz w:val="20"/>
              <w:szCs w:val="20"/>
              <w:highlight w:val="lightGray"/>
            </w:rPr>
            <w:t>[Click or tap here to enter text]</w:t>
          </w:r>
        </w:sdtContent>
      </w:sdt>
    </w:p>
    <w:p w14:paraId="12735D3C"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5.1.2. </w:t>
      </w:r>
      <w:r w:rsidRPr="00476929">
        <w:rPr>
          <w:rFonts w:ascii="Arial" w:hAnsi="Arial" w:cs="Arial"/>
          <w:color w:val="auto"/>
          <w:sz w:val="20"/>
          <w:szCs w:val="20"/>
        </w:rPr>
        <w:t>Number of years’ experience with underground fiber optic cable construction and related infrastructure outside plant services.</w:t>
      </w:r>
    </w:p>
    <w:p w14:paraId="6ECC89EE" w14:textId="77777777" w:rsidR="00AF6E08"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 of years underground fiber optic cable construction "/>
          <w:tag w:val="# of years underground fiber optic cable construction "/>
          <w:id w:val="1358467877"/>
          <w:placeholder>
            <w:docPart w:val="19E95EA6A721447B80FF9C89558AECB2"/>
          </w:placeholder>
          <w:showingPlcHdr/>
          <w:text/>
        </w:sdtPr>
        <w:sdtEndPr/>
        <w:sdtContent>
          <w:r w:rsidR="00AF6E08" w:rsidRPr="00AF6E08">
            <w:rPr>
              <w:rFonts w:ascii="Arial" w:hAnsi="Arial" w:cs="Arial"/>
              <w:i/>
              <w:color w:val="auto"/>
              <w:sz w:val="20"/>
              <w:szCs w:val="20"/>
              <w:highlight w:val="lightGray"/>
            </w:rPr>
            <w:t>[Click or tap here to enter text]</w:t>
          </w:r>
        </w:sdtContent>
      </w:sdt>
    </w:p>
    <w:p w14:paraId="37D46613"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5.1.3. </w:t>
      </w:r>
      <w:r w:rsidRPr="00476929">
        <w:rPr>
          <w:rFonts w:ascii="Arial" w:hAnsi="Arial" w:cs="Arial"/>
          <w:color w:val="auto"/>
          <w:sz w:val="20"/>
          <w:szCs w:val="20"/>
        </w:rPr>
        <w:t>Number of years working within the State of Iowa. Provide brief detail who for, where and what projects done.</w:t>
      </w:r>
    </w:p>
    <w:p w14:paraId="6A5CAF0E" w14:textId="77777777" w:rsidR="00AF6E08"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Number of years working within the State of Iowa"/>
          <w:tag w:val="Number of years working within the State of Iowa"/>
          <w:id w:val="1529377374"/>
          <w:placeholder>
            <w:docPart w:val="40CCA27FD3184626986140924F7764EB"/>
          </w:placeholder>
          <w:showingPlcHdr/>
          <w:text/>
        </w:sdtPr>
        <w:sdtEndPr/>
        <w:sdtContent>
          <w:r w:rsidR="00AF6E08" w:rsidRPr="00AF6E08">
            <w:rPr>
              <w:rFonts w:ascii="Arial" w:hAnsi="Arial" w:cs="Arial"/>
              <w:i/>
              <w:color w:val="auto"/>
              <w:sz w:val="20"/>
              <w:szCs w:val="20"/>
              <w:highlight w:val="lightGray"/>
            </w:rPr>
            <w:t>[Click or tap here to enter text — Include client name, locations, and project descriptions]</w:t>
          </w:r>
        </w:sdtContent>
      </w:sdt>
    </w:p>
    <w:p w14:paraId="00B4A938"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5.1.4. </w:t>
      </w:r>
      <w:r w:rsidRPr="00476929">
        <w:rPr>
          <w:rFonts w:ascii="Arial" w:hAnsi="Arial" w:cs="Arial"/>
          <w:color w:val="auto"/>
          <w:sz w:val="20"/>
          <w:szCs w:val="20"/>
        </w:rPr>
        <w:t>Number of years work for or with the ICN on fiber optic cable and related infrastructure.</w:t>
      </w:r>
    </w:p>
    <w:p w14:paraId="2DCC89DC" w14:textId="77777777" w:rsidR="004C632F"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years work for or with the ICN "/>
          <w:tag w:val="years work for or with the ICN "/>
          <w:id w:val="-1539033908"/>
          <w:placeholder>
            <w:docPart w:val="83BBBB86E0E44DE79F32E007322655C0"/>
          </w:placeholder>
          <w:showingPlcHdr/>
          <w:text/>
        </w:sdtPr>
        <w:sdtEndPr/>
        <w:sdtContent>
          <w:r w:rsidR="007B1572" w:rsidRPr="00AF6E08">
            <w:rPr>
              <w:rFonts w:ascii="Arial" w:hAnsi="Arial" w:cs="Arial"/>
              <w:i/>
              <w:color w:val="auto"/>
              <w:sz w:val="20"/>
              <w:szCs w:val="20"/>
              <w:highlight w:val="lightGray"/>
            </w:rPr>
            <w:t>[Click or tap here to enter text]</w:t>
          </w:r>
        </w:sdtContent>
      </w:sdt>
    </w:p>
    <w:p w14:paraId="1AD17F76"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5.1.5. </w:t>
      </w:r>
      <w:r w:rsidR="005C1964">
        <w:rPr>
          <w:rFonts w:ascii="Arial" w:hAnsi="Arial" w:cs="Arial"/>
          <w:color w:val="auto"/>
          <w:sz w:val="20"/>
          <w:szCs w:val="20"/>
        </w:rPr>
        <w:t>In past telecommunications/OSP projects</w:t>
      </w:r>
      <w:r w:rsidRPr="00476929">
        <w:rPr>
          <w:rFonts w:ascii="Arial" w:hAnsi="Arial" w:cs="Arial"/>
          <w:color w:val="auto"/>
          <w:sz w:val="20"/>
          <w:szCs w:val="20"/>
        </w:rPr>
        <w:t>, have you ever been unable to complete a project as designed? If so, provide details.</w:t>
      </w:r>
    </w:p>
    <w:p w14:paraId="72139C3B" w14:textId="77777777" w:rsidR="00C60B06"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unable to complete a project "/>
          <w:tag w:val="unable to complete a project "/>
          <w:id w:val="1973638221"/>
          <w:placeholder>
            <w:docPart w:val="460ECE8CDA7E45E78BEBECBFA5FC7CAB"/>
          </w:placeholder>
          <w:showingPlcHdr/>
          <w:text/>
        </w:sdtPr>
        <w:sdtEndPr/>
        <w:sdtContent>
          <w:r w:rsidR="007B1572" w:rsidRPr="00AF6E08">
            <w:rPr>
              <w:rFonts w:ascii="Arial" w:hAnsi="Arial" w:cs="Arial"/>
              <w:i/>
              <w:color w:val="auto"/>
              <w:sz w:val="20"/>
              <w:szCs w:val="20"/>
              <w:highlight w:val="lightGray"/>
            </w:rPr>
            <w:t>[Click or tap here to enter text]</w:t>
          </w:r>
        </w:sdtContent>
      </w:sdt>
    </w:p>
    <w:p w14:paraId="755D7B21"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5.1.6. </w:t>
      </w:r>
      <w:r w:rsidR="005C1964">
        <w:rPr>
          <w:rFonts w:ascii="Arial" w:hAnsi="Arial" w:cs="Arial"/>
          <w:color w:val="auto"/>
          <w:sz w:val="20"/>
          <w:szCs w:val="20"/>
        </w:rPr>
        <w:t>In past telecommunications/OSP projects</w:t>
      </w:r>
      <w:r w:rsidRPr="00476929">
        <w:rPr>
          <w:rFonts w:ascii="Arial" w:hAnsi="Arial" w:cs="Arial"/>
          <w:color w:val="auto"/>
          <w:sz w:val="20"/>
          <w:szCs w:val="20"/>
        </w:rPr>
        <w:t>, have you ever been required to return to a project to correct substantial issues? If so, provide details.</w:t>
      </w:r>
    </w:p>
    <w:p w14:paraId="1E49949B"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required to return to a project "/>
          <w:tag w:val="required to return to a project "/>
          <w:id w:val="2113924875"/>
          <w:placeholder>
            <w:docPart w:val="F861E51A7E074139AD89F3C02CFC717B"/>
          </w:placeholder>
          <w:showingPlcHdr/>
          <w:text/>
        </w:sdtPr>
        <w:sdtEndPr/>
        <w:sdtContent>
          <w:r w:rsidR="00911652" w:rsidRPr="00EA6B29">
            <w:rPr>
              <w:rFonts w:ascii="Arial" w:hAnsi="Arial" w:cs="Arial"/>
              <w:i/>
              <w:color w:val="auto"/>
              <w:sz w:val="20"/>
              <w:szCs w:val="20"/>
              <w:highlight w:val="lightGray"/>
            </w:rPr>
            <w:t>[Click or tap here to enter text]</w:t>
          </w:r>
        </w:sdtContent>
      </w:sdt>
    </w:p>
    <w:p w14:paraId="07D6BC47"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5.1.7. </w:t>
      </w:r>
      <w:r w:rsidR="005C1964">
        <w:rPr>
          <w:rFonts w:ascii="Arial" w:hAnsi="Arial" w:cs="Arial"/>
          <w:color w:val="auto"/>
          <w:sz w:val="20"/>
          <w:szCs w:val="20"/>
        </w:rPr>
        <w:t>In past telecommunications/OSP projects</w:t>
      </w:r>
      <w:r w:rsidRPr="00476929">
        <w:rPr>
          <w:rFonts w:ascii="Arial" w:hAnsi="Arial" w:cs="Arial"/>
          <w:color w:val="auto"/>
          <w:sz w:val="20"/>
          <w:szCs w:val="20"/>
        </w:rPr>
        <w:t>, have you ever been unable to complete a project by the desired due date? If so, provide details.</w:t>
      </w:r>
    </w:p>
    <w:p w14:paraId="5401AB96"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unable to complete a project by due date"/>
          <w:tag w:val="unable to complete a project unable to complete a project by due date"/>
          <w:id w:val="-347952680"/>
          <w:placeholder>
            <w:docPart w:val="4C932C6670514032ADF6D4C6010B553E"/>
          </w:placeholder>
          <w:showingPlcHdr/>
          <w:text/>
        </w:sdtPr>
        <w:sdtEndPr/>
        <w:sdtContent>
          <w:r w:rsidR="00911652" w:rsidRPr="00EA6B29">
            <w:rPr>
              <w:rFonts w:ascii="Arial" w:hAnsi="Arial" w:cs="Arial"/>
              <w:i/>
              <w:color w:val="auto"/>
              <w:sz w:val="20"/>
              <w:szCs w:val="20"/>
              <w:highlight w:val="lightGray"/>
            </w:rPr>
            <w:t>[Click or tap here to enter text]</w:t>
          </w:r>
        </w:sdtContent>
      </w:sdt>
    </w:p>
    <w:p w14:paraId="5F207162" w14:textId="77777777" w:rsidR="001E66E8" w:rsidRPr="00476929" w:rsidRDefault="00476929" w:rsidP="00F52616">
      <w:pPr>
        <w:keepNext/>
        <w:spacing w:before="480" w:after="80"/>
        <w:rPr>
          <w:rFonts w:ascii="Arial" w:hAnsi="Arial" w:cs="Arial"/>
          <w:color w:val="auto"/>
          <w:sz w:val="20"/>
          <w:szCs w:val="20"/>
        </w:rPr>
      </w:pPr>
      <w:r w:rsidRPr="00476929">
        <w:rPr>
          <w:rFonts w:ascii="Arial" w:hAnsi="Arial" w:cs="Arial"/>
          <w:b/>
          <w:color w:val="auto"/>
          <w:sz w:val="20"/>
          <w:szCs w:val="20"/>
        </w:rPr>
        <w:lastRenderedPageBreak/>
        <w:t xml:space="preserve">5.1.8. </w:t>
      </w:r>
      <w:r w:rsidR="005C1964">
        <w:rPr>
          <w:rFonts w:ascii="Arial" w:hAnsi="Arial" w:cs="Arial"/>
          <w:color w:val="auto"/>
          <w:sz w:val="20"/>
          <w:szCs w:val="20"/>
        </w:rPr>
        <w:t>In past telecommunications/OSP projects</w:t>
      </w:r>
      <w:r w:rsidRPr="00476929">
        <w:rPr>
          <w:rFonts w:ascii="Arial" w:hAnsi="Arial" w:cs="Arial"/>
          <w:color w:val="auto"/>
          <w:sz w:val="20"/>
          <w:szCs w:val="20"/>
        </w:rPr>
        <w:t>, have you ever responded to emergency or urgent relocations or repairs? If so, provide details.</w:t>
      </w:r>
    </w:p>
    <w:p w14:paraId="7AAA98E9"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responded to emergency or urgent relocations or repairs"/>
          <w:tag w:val="responded to emergency or urgent relocations or repairs"/>
          <w:id w:val="521823920"/>
          <w:placeholder>
            <w:docPart w:val="1D1104E89AF846088DF9394EB72C657B"/>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7DB91A74" w14:textId="77777777" w:rsidR="001E66E8" w:rsidRPr="00476929" w:rsidRDefault="00476929" w:rsidP="005160FD">
      <w:pPr>
        <w:pStyle w:val="Heading2"/>
        <w:spacing w:before="480"/>
      </w:pPr>
      <w:r w:rsidRPr="00476929">
        <w:t>5.2. Equipment</w:t>
      </w:r>
    </w:p>
    <w:p w14:paraId="4138BF10"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t xml:space="preserve">5.2.1. </w:t>
      </w:r>
      <w:r w:rsidRPr="00476929">
        <w:rPr>
          <w:rFonts w:ascii="Arial" w:hAnsi="Arial" w:cs="Arial"/>
          <w:color w:val="auto"/>
          <w:sz w:val="20"/>
          <w:szCs w:val="20"/>
        </w:rPr>
        <w:t>Scope of services provided (bore, plow, aerial, splicing, etc.). Vendor shall detail:</w:t>
      </w:r>
    </w:p>
    <w:p w14:paraId="3906AA72"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Scope of services provided "/>
          <w:tag w:val="Scope of services provided "/>
          <w:id w:val="-1223364747"/>
          <w:placeholder>
            <w:docPart w:val="BE451537E6C440DDA5AC42DA75B8A411"/>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4FC5A4E4"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5.2.2. </w:t>
      </w:r>
      <w:r w:rsidRPr="00476929">
        <w:rPr>
          <w:rFonts w:ascii="Arial" w:hAnsi="Arial" w:cs="Arial"/>
          <w:color w:val="auto"/>
          <w:sz w:val="20"/>
          <w:szCs w:val="20"/>
        </w:rPr>
        <w:t>Detail all directional boring equipment owned or leased (dirt, rock, dual rod, etc.) (state - owned or leased):</w:t>
      </w:r>
    </w:p>
    <w:p w14:paraId="6C53919F"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all directional boring equipment owned or leased "/>
          <w:tag w:val="Detail all directional boring equipment owned or leased "/>
          <w:id w:val="-960114354"/>
          <w:placeholder>
            <w:docPart w:val="10A128DFA8924D15A8D267CE3A6CFFE0"/>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5D0675F3" w14:textId="77777777" w:rsidR="001E66E8" w:rsidRPr="00476929" w:rsidRDefault="00476929" w:rsidP="005160FD">
      <w:pPr>
        <w:keepNext/>
        <w:spacing w:before="480" w:after="80"/>
        <w:rPr>
          <w:rFonts w:ascii="Arial" w:hAnsi="Arial" w:cs="Arial"/>
          <w:color w:val="auto"/>
          <w:sz w:val="20"/>
          <w:szCs w:val="20"/>
        </w:rPr>
      </w:pPr>
      <w:r w:rsidRPr="00476929">
        <w:rPr>
          <w:rFonts w:ascii="Arial" w:hAnsi="Arial" w:cs="Arial"/>
          <w:b/>
          <w:color w:val="auto"/>
          <w:sz w:val="20"/>
          <w:szCs w:val="20"/>
        </w:rPr>
        <w:t xml:space="preserve">5.2.3. </w:t>
      </w:r>
      <w:r w:rsidRPr="00476929">
        <w:rPr>
          <w:rFonts w:ascii="Arial" w:hAnsi="Arial" w:cs="Arial"/>
          <w:color w:val="auto"/>
          <w:sz w:val="20"/>
          <w:szCs w:val="20"/>
        </w:rPr>
        <w:t>Detail any specialized equipment owned or leased (state which), Examples: dual rod horizontal directional rock drill, rock saw, etc.:</w:t>
      </w:r>
    </w:p>
    <w:p w14:paraId="5BE7C869"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specialized equipment owned or leased "/>
          <w:tag w:val="specialized equipment owned or leased "/>
          <w:id w:val="312143681"/>
          <w:placeholder>
            <w:docPart w:val="B0D2D52A7C6B45E488AC8E430B791208"/>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66005BE1"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5.2.4. </w:t>
      </w:r>
      <w:r w:rsidRPr="00476929">
        <w:rPr>
          <w:rFonts w:ascii="Arial" w:hAnsi="Arial" w:cs="Arial"/>
          <w:color w:val="auto"/>
          <w:sz w:val="20"/>
          <w:szCs w:val="20"/>
        </w:rPr>
        <w:t>Detail all direct-bury (plow) equipment owned or leased (state - owned or leased):</w:t>
      </w:r>
    </w:p>
    <w:p w14:paraId="36D1AA9E"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all direct-bury (plow) equipment owned or leased "/>
          <w:tag w:val="Detail all direct-bury (plow) equipment owned or leased "/>
          <w:id w:val="266361883"/>
          <w:placeholder>
            <w:docPart w:val="FEAAD319B2A34055B4472BA762F3A653"/>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248B4E1C"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5.2.5. </w:t>
      </w:r>
      <w:r w:rsidRPr="00476929">
        <w:rPr>
          <w:rFonts w:ascii="Arial" w:hAnsi="Arial" w:cs="Arial"/>
          <w:color w:val="auto"/>
          <w:sz w:val="20"/>
          <w:szCs w:val="20"/>
        </w:rPr>
        <w:t>Detail all aerial equipment owned or leased (state - owned or leased):</w:t>
      </w:r>
    </w:p>
    <w:p w14:paraId="0F40526E"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aerial equipment owned or leased "/>
          <w:tag w:val="aerial equipment owned or leased "/>
          <w:id w:val="-542914397"/>
          <w:placeholder>
            <w:docPart w:val="5726537B022D489CA966755D19413CA3"/>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31A6F9AA"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5.2.6. </w:t>
      </w:r>
      <w:r w:rsidRPr="00476929">
        <w:rPr>
          <w:rFonts w:ascii="Arial" w:hAnsi="Arial" w:cs="Arial"/>
          <w:color w:val="auto"/>
          <w:sz w:val="20"/>
          <w:szCs w:val="20"/>
        </w:rPr>
        <w:t>Detail any equipment not addressed above:</w:t>
      </w:r>
    </w:p>
    <w:p w14:paraId="6DC4AEF8"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any equipment not addressed "/>
          <w:tag w:val="Detail any equipment not addressed "/>
          <w:id w:val="1914354362"/>
          <w:placeholder>
            <w:docPart w:val="A5F0C3C6C33E4A67870F7A59A4A0CA51"/>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2D79537C"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5.2.7. </w:t>
      </w:r>
      <w:r w:rsidRPr="00476929">
        <w:rPr>
          <w:rFonts w:ascii="Arial" w:hAnsi="Arial" w:cs="Arial"/>
          <w:color w:val="auto"/>
          <w:sz w:val="20"/>
          <w:szCs w:val="20"/>
        </w:rPr>
        <w:t>Detail typical work self-performed and that which is typically sub-contracted:</w:t>
      </w:r>
    </w:p>
    <w:p w14:paraId="22848B66"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typical work self-performed and that which is typically sub-contracted"/>
          <w:tag w:val="Detail typical work self-performed and that which is typically sub-contracted"/>
          <w:id w:val="-886256267"/>
          <w:placeholder>
            <w:docPart w:val="8069467B87124548AACD3E45BB62FBAF"/>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51E4893E"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5.2.8. </w:t>
      </w:r>
      <w:r w:rsidRPr="00476929">
        <w:rPr>
          <w:rFonts w:ascii="Arial" w:hAnsi="Arial" w:cs="Arial"/>
          <w:color w:val="auto"/>
          <w:sz w:val="20"/>
          <w:szCs w:val="20"/>
        </w:rPr>
        <w:t>Detail any capabilities</w:t>
      </w:r>
      <w:r w:rsidR="000D7FF7">
        <w:rPr>
          <w:rFonts w:ascii="Arial" w:hAnsi="Arial" w:cs="Arial"/>
          <w:color w:val="auto"/>
          <w:sz w:val="20"/>
          <w:szCs w:val="20"/>
        </w:rPr>
        <w:t xml:space="preserve"> and equipment utilized to locate underground utilities</w:t>
      </w:r>
      <w:r w:rsidRPr="00476929">
        <w:rPr>
          <w:rFonts w:ascii="Arial" w:hAnsi="Arial" w:cs="Arial"/>
          <w:color w:val="auto"/>
          <w:sz w:val="20"/>
          <w:szCs w:val="20"/>
        </w:rPr>
        <w:t>:</w:t>
      </w:r>
    </w:p>
    <w:p w14:paraId="4771EA69"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any capabilities and equipment utilized to locate underground utilities"/>
          <w:tag w:val="Detail any capabilities and equipment utilized to locate underground utilities"/>
          <w:id w:val="1887991548"/>
          <w:placeholder>
            <w:docPart w:val="DA30E437F3F840EBA3E27CFEB6A9B337"/>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783AA4A5"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5.2.</w:t>
      </w:r>
      <w:r w:rsidR="00C17059">
        <w:rPr>
          <w:rFonts w:ascii="Arial" w:hAnsi="Arial" w:cs="Arial"/>
          <w:b/>
          <w:color w:val="auto"/>
          <w:sz w:val="20"/>
          <w:szCs w:val="20"/>
        </w:rPr>
        <w:t>9</w:t>
      </w:r>
      <w:r w:rsidRPr="00476929">
        <w:rPr>
          <w:rFonts w:ascii="Arial" w:hAnsi="Arial" w:cs="Arial"/>
          <w:b/>
          <w:color w:val="auto"/>
          <w:sz w:val="20"/>
          <w:szCs w:val="20"/>
        </w:rPr>
        <w:t xml:space="preserve">. </w:t>
      </w:r>
      <w:r w:rsidRPr="00476929">
        <w:rPr>
          <w:rFonts w:ascii="Arial" w:hAnsi="Arial" w:cs="Arial"/>
          <w:color w:val="auto"/>
          <w:sz w:val="20"/>
          <w:szCs w:val="20"/>
        </w:rPr>
        <w:t>Is Vendor able to provide sub-foot GPS data (bore log, e.g.), if so, is there an additional charge for the data?</w:t>
      </w:r>
    </w:p>
    <w:p w14:paraId="7CCB3A5C"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sub-foot GPS data "/>
          <w:tag w:val="sub-foot GPS data "/>
          <w:id w:val="1216555057"/>
          <w:placeholder>
            <w:docPart w:val="2C75B7FACC4C4F8ABB3828C333ECEE33"/>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1B8AD555" w14:textId="77777777" w:rsidR="001E66E8" w:rsidRPr="00476929" w:rsidRDefault="00476929" w:rsidP="00F52616">
      <w:pPr>
        <w:pStyle w:val="Heading2"/>
        <w:spacing w:before="480"/>
      </w:pPr>
      <w:r w:rsidRPr="00476929">
        <w:lastRenderedPageBreak/>
        <w:t>5.3. Inventory</w:t>
      </w:r>
    </w:p>
    <w:p w14:paraId="3826E5BC"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t xml:space="preserve">5.3.1. </w:t>
      </w:r>
      <w:r w:rsidRPr="00476929">
        <w:rPr>
          <w:rFonts w:ascii="Arial" w:hAnsi="Arial" w:cs="Arial"/>
          <w:color w:val="auto"/>
          <w:sz w:val="20"/>
          <w:szCs w:val="20"/>
        </w:rPr>
        <w:t>Detail all inventory normally stocked and available (handholes, duct, cable, etc.):</w:t>
      </w:r>
    </w:p>
    <w:p w14:paraId="47483E8E"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all inventory normally stocked and available "/>
          <w:tag w:val="all inventory normally stocked and available "/>
          <w:id w:val="658886200"/>
          <w:placeholder>
            <w:docPart w:val="E0571ED4967C4277B473EAB615F41C32"/>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39949E96" w14:textId="77777777" w:rsidR="001E66E8" w:rsidRPr="00476929" w:rsidRDefault="00476929" w:rsidP="00C973C8">
      <w:pPr>
        <w:pStyle w:val="Heading2"/>
        <w:spacing w:before="480"/>
      </w:pPr>
      <w:r w:rsidRPr="00476929">
        <w:t>5.4. Personnel</w:t>
      </w:r>
    </w:p>
    <w:p w14:paraId="1594A188"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t xml:space="preserve">5.4.1. </w:t>
      </w:r>
      <w:r w:rsidRPr="00476929">
        <w:rPr>
          <w:rFonts w:ascii="Arial" w:hAnsi="Arial" w:cs="Arial"/>
          <w:color w:val="auto"/>
          <w:sz w:val="20"/>
          <w:szCs w:val="20"/>
        </w:rPr>
        <w:t>Detail the number of employees engaged in underground fiber optic cable and related infrastructure installation, maintenance, and repair.</w:t>
      </w:r>
    </w:p>
    <w:p w14:paraId="0205AB5D"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the number of employees engaged "/>
          <w:tag w:val="Detail the number of employees engaged "/>
          <w:id w:val="-1791659594"/>
          <w:placeholder>
            <w:docPart w:val="D821D76B43E94894A38609C8EBC41499"/>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2E8BB0CE"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5.4.2. </w:t>
      </w:r>
      <w:r w:rsidRPr="00476929">
        <w:rPr>
          <w:rFonts w:ascii="Arial" w:hAnsi="Arial" w:cs="Arial"/>
          <w:color w:val="auto"/>
          <w:sz w:val="20"/>
          <w:szCs w:val="20"/>
        </w:rPr>
        <w:t>Detail the number of employees engaged in aerial fiber optic cable and related infrastructure installation, maintenance, and repair.</w:t>
      </w:r>
    </w:p>
    <w:p w14:paraId="400A9426"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number of employees engaged in aerial fiber optic cable "/>
          <w:tag w:val="number of employees engaged in aerial fiber optic cable "/>
          <w:id w:val="-1334439359"/>
          <w:placeholder>
            <w:docPart w:val="F220C36EEC20451D8FBFCCAE20002E32"/>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70E240F5"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5.4.3. </w:t>
      </w:r>
      <w:r w:rsidRPr="00476929">
        <w:rPr>
          <w:rFonts w:ascii="Arial" w:hAnsi="Arial" w:cs="Arial"/>
          <w:color w:val="auto"/>
          <w:sz w:val="20"/>
          <w:szCs w:val="20"/>
        </w:rPr>
        <w:t>Detail the number of employees trained and qualified to complete fiber optic fusion splicing.</w:t>
      </w:r>
    </w:p>
    <w:p w14:paraId="32E2D7F6"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number of employees trained and qualified to complete fiber optic fusion splicing"/>
          <w:tag w:val="number of employees trained and qualified to complete fiber optic fusion splicing"/>
          <w:id w:val="-1787118386"/>
          <w:placeholder>
            <w:docPart w:val="DC8720809E5E4513B447B7BBC70E7019"/>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4383D401"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5.4.4. </w:t>
      </w:r>
      <w:r w:rsidRPr="00476929">
        <w:rPr>
          <w:rFonts w:ascii="Arial" w:hAnsi="Arial" w:cs="Arial"/>
          <w:color w:val="auto"/>
          <w:sz w:val="20"/>
          <w:szCs w:val="20"/>
        </w:rPr>
        <w:t>Detail the number of employees trained and qualified to complete aerial splicing.</w:t>
      </w:r>
    </w:p>
    <w:p w14:paraId="336909D3"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number of employees trained and qualified to complete aerial splicing"/>
          <w:tag w:val="number of employees trained and qualified to complete aerial splicing"/>
          <w:id w:val="-1591162227"/>
          <w:placeholder>
            <w:docPart w:val="0EB9CB59479E4A2EB1184CD083DB88CD"/>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5FAAA6DD"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5.4.5. </w:t>
      </w:r>
      <w:r w:rsidRPr="00476929">
        <w:rPr>
          <w:rFonts w:ascii="Arial" w:hAnsi="Arial" w:cs="Arial"/>
          <w:color w:val="auto"/>
          <w:sz w:val="20"/>
          <w:szCs w:val="20"/>
        </w:rPr>
        <w:t>Describe any employed position related to safety when working within Rights of Way.</w:t>
      </w:r>
    </w:p>
    <w:p w14:paraId="30D04381"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any employed position related to safety when working within Rights of Way"/>
          <w:tag w:val="any employed position related to safety when working within Rights of Way"/>
          <w:id w:val="-386792558"/>
          <w:placeholder>
            <w:docPart w:val="C908B632886C4174A68F7A0E4F47E56C"/>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40BA6FD3"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5.4.6. </w:t>
      </w:r>
      <w:r w:rsidRPr="00476929">
        <w:rPr>
          <w:rFonts w:ascii="Arial" w:hAnsi="Arial" w:cs="Arial"/>
          <w:color w:val="auto"/>
          <w:sz w:val="20"/>
          <w:szCs w:val="20"/>
        </w:rPr>
        <w:t>Describe any employed position related to uniform traffic control standards.</w:t>
      </w:r>
    </w:p>
    <w:p w14:paraId="4B60C1D3"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any employed position related to uniform traffic control standards"/>
          <w:tag w:val="any employed position related to uniform traffic control standards"/>
          <w:id w:val="1203672035"/>
          <w:placeholder>
            <w:docPart w:val="E61B840CEA0B412682B4845CAC87FD35"/>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59F8A321"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5.4.7. </w:t>
      </w:r>
      <w:r w:rsidRPr="00476929">
        <w:rPr>
          <w:rFonts w:ascii="Arial" w:hAnsi="Arial" w:cs="Arial"/>
          <w:color w:val="auto"/>
          <w:sz w:val="20"/>
          <w:szCs w:val="20"/>
        </w:rPr>
        <w:t>Describe any employed positions related to Quality Assurance.</w:t>
      </w:r>
    </w:p>
    <w:p w14:paraId="3296FCE9"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scribe any employed positions related to Quality AssuranceDescribe any employed positions related to Quality Assurance"/>
          <w:tag w:val="Describe any employed positions related to Quality Assurance"/>
          <w:id w:val="-1009441398"/>
          <w:placeholder>
            <w:docPart w:val="B3BC66D2CD9D4C15AB1B9772BB3C11F8"/>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65713AE7"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5.4.8. </w:t>
      </w:r>
      <w:r w:rsidRPr="00476929">
        <w:rPr>
          <w:rFonts w:ascii="Arial" w:hAnsi="Arial" w:cs="Arial"/>
          <w:color w:val="auto"/>
          <w:sz w:val="20"/>
          <w:szCs w:val="20"/>
        </w:rPr>
        <w:t>Describe any internal procedures for damage investigations.</w:t>
      </w:r>
    </w:p>
    <w:p w14:paraId="43ED9BF7"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scribe any internal procedures for damage investigations"/>
          <w:tag w:val="Describe any internal procedures for damage investigations"/>
          <w:id w:val="1763101837"/>
          <w:placeholder>
            <w:docPart w:val="068044BA58514DE690DC0DE1D16B5B49"/>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0D8529BA"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5.4.9. </w:t>
      </w:r>
      <w:r w:rsidRPr="00476929">
        <w:rPr>
          <w:rFonts w:ascii="Arial" w:hAnsi="Arial" w:cs="Arial"/>
          <w:color w:val="auto"/>
          <w:sz w:val="20"/>
          <w:szCs w:val="20"/>
        </w:rPr>
        <w:t>Detail list of sub-contractors or partners.</w:t>
      </w:r>
    </w:p>
    <w:p w14:paraId="489E73A0"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list of sub-contractors or partners"/>
          <w:tag w:val="Detail list of sub-contractors or partners"/>
          <w:id w:val="-1534957177"/>
          <w:placeholder>
            <w:docPart w:val="A4C59D94C80C4E5BAAD4EC917D89B708"/>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01C69DAA"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lastRenderedPageBreak/>
        <w:t xml:space="preserve">5.4.10. </w:t>
      </w:r>
      <w:r w:rsidRPr="00476929">
        <w:rPr>
          <w:rFonts w:ascii="Arial" w:hAnsi="Arial" w:cs="Arial"/>
          <w:color w:val="auto"/>
          <w:sz w:val="20"/>
          <w:szCs w:val="20"/>
        </w:rPr>
        <w:t>All sub-contracted work must be approved by the ICN, vendor to acknowledge.</w:t>
      </w:r>
    </w:p>
    <w:p w14:paraId="3B9B42BF"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acknowledged checkbox-All sub-contracted work must be approved by the ICN"/>
          <w:tag w:val="acknowledged checkbox-All sub-contracted work must be approved by the ICN"/>
          <w:id w:val="-545528085"/>
          <w14:checkbox>
            <w14:checked w14:val="0"/>
            <w14:checkedState w14:val="2612" w14:font="MS Gothic"/>
            <w14:uncheckedState w14:val="2610" w14:font="MS Gothic"/>
          </w14:checkbox>
        </w:sdtPr>
        <w:sdtEndPr/>
        <w:sdtContent>
          <w:r w:rsidR="00640234">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Acknowledged</w:t>
      </w:r>
    </w:p>
    <w:p w14:paraId="4E5C77E0" w14:textId="77777777" w:rsidR="001E66E8" w:rsidRP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not acknowledged checkbox-All sub-contracted work must be approved by the ICN"/>
          <w:tag w:val="not acknowledged checkbox-All sub-contracted work must be approved by the ICN"/>
          <w:id w:val="902185561"/>
          <w14:checkbox>
            <w14:checked w14:val="0"/>
            <w14:checkedState w14:val="2612" w14:font="MS Gothic"/>
            <w14:uncheckedState w14:val="2610" w14:font="MS Gothic"/>
          </w14:checkbox>
        </w:sdtPr>
        <w:sdtEndPr/>
        <w:sdtContent>
          <w:r w:rsidR="007D5197">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Not Acknowledge</w:t>
      </w:r>
      <w:r w:rsidR="00476929">
        <w:rPr>
          <w:rFonts w:ascii="Arial" w:hAnsi="Arial" w:cs="Arial"/>
          <w:color w:val="auto"/>
          <w:sz w:val="20"/>
          <w:szCs w:val="20"/>
        </w:rPr>
        <w:t>d</w:t>
      </w:r>
    </w:p>
    <w:p w14:paraId="4C6F98BA" w14:textId="77777777" w:rsidR="001E66E8" w:rsidRPr="00476929" w:rsidRDefault="00476929" w:rsidP="00EA6B29">
      <w:pPr>
        <w:pStyle w:val="Heading2"/>
      </w:pPr>
      <w:r w:rsidRPr="00476929">
        <w:t>5.5. Locations</w:t>
      </w:r>
    </w:p>
    <w:p w14:paraId="7042F4EE" w14:textId="77777777" w:rsidR="001E66E8" w:rsidRPr="00476929" w:rsidRDefault="00476929">
      <w:pPr>
        <w:keepNext/>
        <w:spacing w:before="160" w:after="80"/>
        <w:rPr>
          <w:rFonts w:ascii="Arial" w:hAnsi="Arial" w:cs="Arial"/>
          <w:color w:val="auto"/>
          <w:sz w:val="20"/>
          <w:szCs w:val="20"/>
        </w:rPr>
      </w:pPr>
      <w:r w:rsidRPr="00476929">
        <w:rPr>
          <w:rFonts w:ascii="Arial" w:hAnsi="Arial" w:cs="Arial"/>
          <w:b/>
          <w:color w:val="auto"/>
          <w:sz w:val="20"/>
          <w:szCs w:val="20"/>
        </w:rPr>
        <w:t xml:space="preserve">5.5.1. </w:t>
      </w:r>
      <w:r w:rsidRPr="00476929">
        <w:rPr>
          <w:rFonts w:ascii="Arial" w:hAnsi="Arial" w:cs="Arial"/>
          <w:color w:val="auto"/>
          <w:sz w:val="20"/>
          <w:szCs w:val="20"/>
        </w:rPr>
        <w:t>Detail location of main office and any satellite offices:</w:t>
      </w:r>
    </w:p>
    <w:p w14:paraId="53BB34BD"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location of main office and any satellite offices"/>
          <w:tag w:val="Detail location of main office and any satellite offices"/>
          <w:id w:val="-913622438"/>
          <w:placeholder>
            <w:docPart w:val="9CEC6A45F4194F37B3C6B16EA88F80DF"/>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4FE30E40"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5.5.2. </w:t>
      </w:r>
      <w:r w:rsidRPr="00476929">
        <w:rPr>
          <w:rFonts w:ascii="Arial" w:hAnsi="Arial" w:cs="Arial"/>
          <w:color w:val="auto"/>
          <w:sz w:val="20"/>
          <w:szCs w:val="20"/>
        </w:rPr>
        <w:t>Detail facilities (office, repair shop, etc.) available at all main and satellite offices:</w:t>
      </w:r>
    </w:p>
    <w:p w14:paraId="54A6940D" w14:textId="77777777" w:rsidR="00911652"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facilities (office, repair shop, etc.) available at all main and satellite offices"/>
          <w:tag w:val="Detail facilities (office, repair shop, etc.) available at all main and satellite offices"/>
          <w:id w:val="-410322148"/>
          <w:placeholder>
            <w:docPart w:val="2C5D9FBF9A444B469AEC4B3F8DC8A27A"/>
          </w:placeholder>
          <w:showingPlcHdr/>
          <w:text/>
        </w:sdtPr>
        <w:sdtEndPr/>
        <w:sdtContent>
          <w:r w:rsidR="00911652" w:rsidRPr="003D4CE7">
            <w:rPr>
              <w:rFonts w:ascii="Arial" w:hAnsi="Arial" w:cs="Arial"/>
              <w:i/>
              <w:color w:val="auto"/>
              <w:sz w:val="20"/>
              <w:szCs w:val="20"/>
              <w:highlight w:val="lightGray"/>
            </w:rPr>
            <w:t>[Click or tap here to enter text]</w:t>
          </w:r>
        </w:sdtContent>
      </w:sdt>
    </w:p>
    <w:p w14:paraId="158A98A8"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5.5.3. </w:t>
      </w:r>
      <w:r w:rsidRPr="00476929">
        <w:rPr>
          <w:rFonts w:ascii="Arial" w:hAnsi="Arial" w:cs="Arial"/>
          <w:color w:val="auto"/>
          <w:sz w:val="20"/>
          <w:szCs w:val="20"/>
        </w:rPr>
        <w:t>Detail location and size of any equipment or material yards:</w:t>
      </w:r>
    </w:p>
    <w:p w14:paraId="010F2805" w14:textId="77777777" w:rsidR="003D4CE7"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Detail location and size of any equipment or material yards"/>
          <w:tag w:val="Detail location and size of any equipment or material yards"/>
          <w:id w:val="-1113897867"/>
          <w:placeholder>
            <w:docPart w:val="95887722AED541F48E043101B9D16C78"/>
          </w:placeholder>
          <w:showingPlcHdr/>
          <w:text/>
        </w:sdtPr>
        <w:sdtEndPr/>
        <w:sdtContent>
          <w:r w:rsidR="003D4CE7" w:rsidRPr="003D4CE7">
            <w:rPr>
              <w:rFonts w:ascii="Arial" w:hAnsi="Arial" w:cs="Arial"/>
              <w:i/>
              <w:color w:val="auto"/>
              <w:sz w:val="20"/>
              <w:szCs w:val="20"/>
              <w:highlight w:val="lightGray"/>
            </w:rPr>
            <w:t>[Click or tap here to enter text]</w:t>
          </w:r>
        </w:sdtContent>
      </w:sdt>
    </w:p>
    <w:p w14:paraId="3D7F0A21"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5.5.4. </w:t>
      </w:r>
      <w:r w:rsidRPr="00476929">
        <w:rPr>
          <w:rFonts w:ascii="Arial" w:hAnsi="Arial" w:cs="Arial"/>
          <w:color w:val="auto"/>
          <w:sz w:val="20"/>
          <w:szCs w:val="20"/>
        </w:rPr>
        <w:t>Describe location of facilities, office, equipment, and staff related to all Zones vendor is seeking to perform within. (Proximity):</w:t>
      </w:r>
    </w:p>
    <w:p w14:paraId="4DB46450" w14:textId="77777777" w:rsidR="003D4CE7"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location of facilities, office, equipment, and staff related to all Zones vendor "/>
          <w:tag w:val="location of facilities, office, equipment, and staff related to all Zones vendor "/>
          <w:id w:val="-1665860454"/>
          <w:placeholder>
            <w:docPart w:val="8DF92F553B704F0EB6D55EAA173833DA"/>
          </w:placeholder>
          <w:showingPlcHdr/>
          <w:text/>
        </w:sdtPr>
        <w:sdtEndPr/>
        <w:sdtContent>
          <w:r w:rsidR="003D4CE7" w:rsidRPr="003D4CE7">
            <w:rPr>
              <w:rFonts w:ascii="Arial" w:hAnsi="Arial" w:cs="Arial"/>
              <w:i/>
              <w:color w:val="auto"/>
              <w:sz w:val="20"/>
              <w:szCs w:val="20"/>
              <w:highlight w:val="lightGray"/>
            </w:rPr>
            <w:t>[Click or tap here to enter text]</w:t>
          </w:r>
        </w:sdtContent>
      </w:sdt>
    </w:p>
    <w:p w14:paraId="1C792B94" w14:textId="77777777" w:rsidR="001E66E8" w:rsidRPr="00476929" w:rsidRDefault="00476929" w:rsidP="00C973C8">
      <w:pPr>
        <w:keepNext/>
        <w:spacing w:before="480" w:after="80"/>
        <w:rPr>
          <w:rFonts w:ascii="Arial" w:hAnsi="Arial" w:cs="Arial"/>
          <w:color w:val="auto"/>
          <w:sz w:val="20"/>
          <w:szCs w:val="20"/>
        </w:rPr>
      </w:pPr>
      <w:r w:rsidRPr="00476929">
        <w:rPr>
          <w:rFonts w:ascii="Arial" w:hAnsi="Arial" w:cs="Arial"/>
          <w:b/>
          <w:color w:val="auto"/>
          <w:sz w:val="20"/>
          <w:szCs w:val="20"/>
        </w:rPr>
        <w:t xml:space="preserve">5.5.5. </w:t>
      </w:r>
      <w:r w:rsidRPr="00476929">
        <w:rPr>
          <w:rFonts w:ascii="Arial" w:hAnsi="Arial" w:cs="Arial"/>
          <w:color w:val="auto"/>
          <w:sz w:val="20"/>
          <w:szCs w:val="20"/>
        </w:rPr>
        <w:t>Detail any agreements with other Vendors that might be employed to cover any Zone or Zones:</w:t>
      </w:r>
    </w:p>
    <w:p w14:paraId="6F89906C" w14:textId="77777777" w:rsidR="003D4CE7"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color w:val="auto"/>
          <w:sz w:val="20"/>
          <w:szCs w:val="20"/>
        </w:rPr>
      </w:pPr>
      <w:sdt>
        <w:sdtPr>
          <w:rPr>
            <w:rFonts w:ascii="Arial" w:hAnsi="Arial" w:cs="Arial"/>
            <w:color w:val="auto"/>
            <w:sz w:val="20"/>
            <w:szCs w:val="20"/>
          </w:rPr>
          <w:alias w:val="any agreements with other Vendors that might be employed to cover any Zone(s)"/>
          <w:tag w:val="any agreements with other Vendors that might be employed to cover any Zone(s)"/>
          <w:id w:val="541101565"/>
          <w:placeholder>
            <w:docPart w:val="EBBD8A2FDB2F4AFA85DE6893E13A4328"/>
          </w:placeholder>
          <w:showingPlcHdr/>
          <w:text/>
        </w:sdtPr>
        <w:sdtEndPr/>
        <w:sdtContent>
          <w:r w:rsidR="003D4CE7" w:rsidRPr="003D4CE7">
            <w:rPr>
              <w:rFonts w:ascii="Arial" w:hAnsi="Arial" w:cs="Arial"/>
              <w:i/>
              <w:color w:val="auto"/>
              <w:sz w:val="20"/>
              <w:szCs w:val="20"/>
              <w:highlight w:val="lightGray"/>
            </w:rPr>
            <w:t>[Click or tap here to enter text]</w:t>
          </w:r>
        </w:sdtContent>
      </w:sdt>
    </w:p>
    <w:p w14:paraId="0B768044" w14:textId="77777777" w:rsidR="001E66E8" w:rsidRPr="00476929" w:rsidRDefault="00476929" w:rsidP="00C973C8">
      <w:pPr>
        <w:pStyle w:val="Heading2"/>
        <w:spacing w:before="480"/>
      </w:pPr>
      <w:r w:rsidRPr="00476929">
        <w:t>5.6. Emergency Response and Availability</w:t>
      </w:r>
    </w:p>
    <w:p w14:paraId="5C235C16" w14:textId="77777777" w:rsidR="001E66E8" w:rsidRPr="00476929" w:rsidRDefault="00476929" w:rsidP="00EA6F1F">
      <w:pPr>
        <w:keepNext/>
        <w:spacing w:before="160" w:after="80"/>
        <w:ind w:left="360"/>
        <w:rPr>
          <w:rFonts w:ascii="Arial" w:hAnsi="Arial" w:cs="Arial"/>
          <w:color w:val="auto"/>
          <w:sz w:val="20"/>
          <w:szCs w:val="20"/>
        </w:rPr>
      </w:pPr>
      <w:r w:rsidRPr="00476929">
        <w:rPr>
          <w:rFonts w:ascii="Arial" w:hAnsi="Arial" w:cs="Arial"/>
          <w:b/>
          <w:color w:val="auto"/>
          <w:sz w:val="20"/>
          <w:szCs w:val="20"/>
        </w:rPr>
        <w:t xml:space="preserve">5.6.1. </w:t>
      </w:r>
      <w:r w:rsidRPr="00476929">
        <w:rPr>
          <w:rFonts w:ascii="Arial" w:hAnsi="Arial" w:cs="Arial"/>
          <w:color w:val="auto"/>
          <w:sz w:val="20"/>
          <w:szCs w:val="20"/>
        </w:rPr>
        <w:t>Is Vendor able and willing to respond to emergency requirements (cable damage repair, e.g.)? Check appropriate box (Yes or No):</w:t>
      </w:r>
    </w:p>
    <w:p w14:paraId="53909859"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yes - emergency request"/>
          <w:tag w:val="checkbox yes - emergency request"/>
          <w:id w:val="-1822497121"/>
          <w14:checkbox>
            <w14:checked w14:val="0"/>
            <w14:checkedState w14:val="2612" w14:font="MS Gothic"/>
            <w14:uncheckedState w14:val="2610" w14:font="MS Gothic"/>
          </w14:checkbox>
        </w:sdtPr>
        <w:sdtEndPr/>
        <w:sdtContent>
          <w:r w:rsidR="00F52616">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Yes</w:t>
      </w:r>
    </w:p>
    <w:p w14:paraId="6D317ECC" w14:textId="77777777" w:rsidR="001E66E8" w:rsidRP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no - emergency request"/>
          <w:tag w:val="checkbox no - emergency request"/>
          <w:id w:val="-850097929"/>
          <w14:checkbox>
            <w14:checked w14:val="0"/>
            <w14:checkedState w14:val="2612" w14:font="MS Gothic"/>
            <w14:uncheckedState w14:val="2610" w14:font="MS Gothic"/>
          </w14:checkbox>
        </w:sdtPr>
        <w:sdtEndPr/>
        <w:sdtContent>
          <w:r w:rsidR="00476929">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w:t>
      </w:r>
    </w:p>
    <w:p w14:paraId="1EDA4A9A" w14:textId="77777777" w:rsidR="001E66E8" w:rsidRPr="00476929" w:rsidRDefault="00476929" w:rsidP="00EA6F1F">
      <w:pPr>
        <w:keepNext/>
        <w:spacing w:before="160" w:after="80"/>
        <w:ind w:left="360"/>
        <w:rPr>
          <w:rFonts w:ascii="Arial" w:hAnsi="Arial" w:cs="Arial"/>
          <w:color w:val="auto"/>
          <w:sz w:val="20"/>
          <w:szCs w:val="20"/>
        </w:rPr>
      </w:pPr>
      <w:r w:rsidRPr="00476929">
        <w:rPr>
          <w:rFonts w:ascii="Arial" w:hAnsi="Arial" w:cs="Arial"/>
          <w:b/>
          <w:color w:val="auto"/>
          <w:sz w:val="20"/>
          <w:szCs w:val="20"/>
        </w:rPr>
        <w:t xml:space="preserve">5.6.1.1. </w:t>
      </w:r>
      <w:r w:rsidRPr="00476929">
        <w:rPr>
          <w:rFonts w:ascii="Arial" w:hAnsi="Arial" w:cs="Arial"/>
          <w:color w:val="auto"/>
          <w:sz w:val="20"/>
          <w:szCs w:val="20"/>
        </w:rPr>
        <w:t>If so, is Vendor able to dispatch excavation equipment and crews to any area within a Zone within 2 hours?</w:t>
      </w:r>
    </w:p>
    <w:p w14:paraId="376CBE67"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yes - dispatch excavation equipment "/>
          <w:tag w:val="checkbox yes - dispatch excavation equipment "/>
          <w:id w:val="-776874256"/>
          <w14:checkbox>
            <w14:checked w14:val="0"/>
            <w14:checkedState w14:val="2612" w14:font="MS Gothic"/>
            <w14:uncheckedState w14:val="2610" w14:font="MS Gothic"/>
          </w14:checkbox>
        </w:sdtPr>
        <w:sdtEndPr/>
        <w:sdtContent>
          <w:r w:rsidR="00476929">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Yes</w:t>
      </w:r>
    </w:p>
    <w:p w14:paraId="61D141B1" w14:textId="77777777" w:rsidR="001E66E8" w:rsidRP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no - dispatch excavation equipment "/>
          <w:tag w:val="checkbox no - dispatch excavation equipment "/>
          <w:id w:val="638762121"/>
          <w14:checkbox>
            <w14:checked w14:val="0"/>
            <w14:checkedState w14:val="2612" w14:font="MS Gothic"/>
            <w14:uncheckedState w14:val="2610" w14:font="MS Gothic"/>
          </w14:checkbox>
        </w:sdtPr>
        <w:sdtEndPr/>
        <w:sdtContent>
          <w:r w:rsidR="007069B2">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w:t>
      </w:r>
    </w:p>
    <w:p w14:paraId="33D2200F" w14:textId="77777777" w:rsidR="001E66E8" w:rsidRPr="00476929" w:rsidRDefault="00476929" w:rsidP="00EA6F1F">
      <w:pPr>
        <w:keepNext/>
        <w:spacing w:before="160" w:after="80"/>
        <w:ind w:left="360"/>
        <w:rPr>
          <w:rFonts w:ascii="Arial" w:hAnsi="Arial" w:cs="Arial"/>
          <w:color w:val="auto"/>
          <w:sz w:val="20"/>
          <w:szCs w:val="20"/>
        </w:rPr>
      </w:pPr>
      <w:r w:rsidRPr="00476929">
        <w:rPr>
          <w:rFonts w:ascii="Arial" w:hAnsi="Arial" w:cs="Arial"/>
          <w:b/>
          <w:color w:val="auto"/>
          <w:sz w:val="20"/>
          <w:szCs w:val="20"/>
        </w:rPr>
        <w:t xml:space="preserve">5.6.1.2. </w:t>
      </w:r>
      <w:r w:rsidRPr="00476929">
        <w:rPr>
          <w:rFonts w:ascii="Arial" w:hAnsi="Arial" w:cs="Arial"/>
          <w:color w:val="auto"/>
          <w:sz w:val="20"/>
          <w:szCs w:val="20"/>
        </w:rPr>
        <w:t xml:space="preserve">If so, is Vendor able to respond </w:t>
      </w:r>
      <w:r w:rsidR="00A6711F">
        <w:rPr>
          <w:rFonts w:ascii="Arial" w:hAnsi="Arial" w:cs="Arial"/>
          <w:color w:val="auto"/>
          <w:sz w:val="20"/>
          <w:szCs w:val="20"/>
        </w:rPr>
        <w:t>24x7</w:t>
      </w:r>
      <w:r w:rsidRPr="00476929">
        <w:rPr>
          <w:rFonts w:ascii="Arial" w:hAnsi="Arial" w:cs="Arial"/>
          <w:color w:val="auto"/>
          <w:sz w:val="20"/>
          <w:szCs w:val="20"/>
        </w:rPr>
        <w:t>?</w:t>
      </w:r>
    </w:p>
    <w:p w14:paraId="1F24A37D"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yes - Vendor able to respond 24x7"/>
          <w:tag w:val="checkbox yes- Vendor able to respond 24x7"/>
          <w:id w:val="766043620"/>
          <w14:checkbox>
            <w14:checked w14:val="0"/>
            <w14:checkedState w14:val="2612" w14:font="MS Gothic"/>
            <w14:uncheckedState w14:val="2610" w14:font="MS Gothic"/>
          </w14:checkbox>
        </w:sdtPr>
        <w:sdtEndPr/>
        <w:sdtContent>
          <w:r w:rsidR="00476929">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Yes</w:t>
      </w:r>
    </w:p>
    <w:p w14:paraId="5BA0A330" w14:textId="77777777" w:rsidR="001E66E8" w:rsidRP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no - Vendor able to respond 24x7"/>
          <w:tag w:val="checkbox no - Vendor able to respond 24x7"/>
          <w:id w:val="-718044922"/>
          <w14:checkbox>
            <w14:checked w14:val="0"/>
            <w14:checkedState w14:val="2612" w14:font="MS Gothic"/>
            <w14:uncheckedState w14:val="2610" w14:font="MS Gothic"/>
          </w14:checkbox>
        </w:sdtPr>
        <w:sdtEndPr/>
        <w:sdtContent>
          <w:r w:rsidR="007C11E6">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w:t>
      </w:r>
    </w:p>
    <w:p w14:paraId="3CA14BCB" w14:textId="77777777" w:rsidR="001E66E8" w:rsidRPr="00476929" w:rsidRDefault="00476929" w:rsidP="00EA6F1F">
      <w:pPr>
        <w:keepNext/>
        <w:spacing w:before="160" w:after="80"/>
        <w:ind w:left="360"/>
        <w:rPr>
          <w:rFonts w:ascii="Arial" w:hAnsi="Arial" w:cs="Arial"/>
          <w:color w:val="auto"/>
          <w:sz w:val="20"/>
          <w:szCs w:val="20"/>
        </w:rPr>
      </w:pPr>
      <w:r w:rsidRPr="00476929">
        <w:rPr>
          <w:rFonts w:ascii="Arial" w:hAnsi="Arial" w:cs="Arial"/>
          <w:b/>
          <w:color w:val="auto"/>
          <w:sz w:val="20"/>
          <w:szCs w:val="20"/>
        </w:rPr>
        <w:lastRenderedPageBreak/>
        <w:t xml:space="preserve">5.6.1.3. </w:t>
      </w:r>
      <w:r w:rsidRPr="00476929">
        <w:rPr>
          <w:rFonts w:ascii="Arial" w:hAnsi="Arial" w:cs="Arial"/>
          <w:color w:val="auto"/>
          <w:sz w:val="20"/>
          <w:szCs w:val="20"/>
        </w:rPr>
        <w:t>If so, is Vendor able to respond during any time of the year, including winter?</w:t>
      </w:r>
    </w:p>
    <w:p w14:paraId="12E57F0B"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yes - respond during any time of the year"/>
          <w:tag w:val="checkbox yes - respond during any time of the year"/>
          <w:id w:val="845054898"/>
          <w14:checkbox>
            <w14:checked w14:val="0"/>
            <w14:checkedState w14:val="2612" w14:font="MS Gothic"/>
            <w14:uncheckedState w14:val="2610" w14:font="MS Gothic"/>
          </w14:checkbox>
        </w:sdtPr>
        <w:sdtEndPr/>
        <w:sdtContent>
          <w:r w:rsidR="00AF6E08">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Yes</w:t>
      </w:r>
    </w:p>
    <w:p w14:paraId="094789BD" w14:textId="77777777" w:rsidR="001E66E8" w:rsidRP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no - respond during any time of the year"/>
          <w:tag w:val="checkbox no - respond during any time of the year"/>
          <w:id w:val="-1495793129"/>
          <w14:checkbox>
            <w14:checked w14:val="0"/>
            <w14:checkedState w14:val="2612" w14:font="MS Gothic"/>
            <w14:uncheckedState w14:val="2610" w14:font="MS Gothic"/>
          </w14:checkbox>
        </w:sdtPr>
        <w:sdtEndPr/>
        <w:sdtContent>
          <w:r w:rsidR="00EA6F1F">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w:t>
      </w:r>
    </w:p>
    <w:p w14:paraId="187BC8BE" w14:textId="77777777" w:rsidR="001E66E8" w:rsidRPr="00476929" w:rsidRDefault="00476929" w:rsidP="00EA6F1F">
      <w:pPr>
        <w:keepNext/>
        <w:spacing w:before="160" w:after="80"/>
        <w:ind w:left="360"/>
        <w:rPr>
          <w:rFonts w:ascii="Arial" w:hAnsi="Arial" w:cs="Arial"/>
          <w:color w:val="auto"/>
          <w:sz w:val="20"/>
          <w:szCs w:val="20"/>
        </w:rPr>
      </w:pPr>
      <w:r w:rsidRPr="00476929">
        <w:rPr>
          <w:rFonts w:ascii="Arial" w:hAnsi="Arial" w:cs="Arial"/>
          <w:b/>
          <w:color w:val="auto"/>
          <w:sz w:val="20"/>
          <w:szCs w:val="20"/>
        </w:rPr>
        <w:t xml:space="preserve">5.6.1.4. </w:t>
      </w:r>
      <w:r w:rsidRPr="00476929">
        <w:rPr>
          <w:rFonts w:ascii="Arial" w:hAnsi="Arial" w:cs="Arial"/>
          <w:color w:val="auto"/>
          <w:sz w:val="20"/>
          <w:szCs w:val="20"/>
        </w:rPr>
        <w:t>If so, is Vendor able to respond to aerial cable damage restorations?</w:t>
      </w:r>
    </w:p>
    <w:p w14:paraId="5FD0D386" w14:textId="77777777" w:rsidR="00476929"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yes - respond to aerial cable damage restorations"/>
          <w:tag w:val="checkbox yes - respond to aerial cable damage restorations"/>
          <w:id w:val="2019732244"/>
          <w14:checkbox>
            <w14:checked w14:val="0"/>
            <w14:checkedState w14:val="2612" w14:font="MS Gothic"/>
            <w14:uncheckedState w14:val="2610" w14:font="MS Gothic"/>
          </w14:checkbox>
        </w:sdtPr>
        <w:sdtEndPr/>
        <w:sdtContent>
          <w:r w:rsidR="007069B2">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Yes</w:t>
      </w:r>
    </w:p>
    <w:p w14:paraId="694FA5DA" w14:textId="77777777" w:rsidR="001E66E8" w:rsidRDefault="00DA10C1">
      <w:pPr>
        <w:spacing w:before="40" w:after="120"/>
        <w:ind w:left="360"/>
        <w:rPr>
          <w:rFonts w:ascii="Arial" w:hAnsi="Arial" w:cs="Arial"/>
          <w:color w:val="auto"/>
          <w:sz w:val="20"/>
          <w:szCs w:val="20"/>
        </w:rPr>
      </w:pPr>
      <w:sdt>
        <w:sdtPr>
          <w:rPr>
            <w:rFonts w:ascii="Segoe UI Symbol" w:hAnsi="Segoe UI Symbol" w:cs="Segoe UI Symbol"/>
            <w:color w:val="auto"/>
            <w:sz w:val="20"/>
            <w:szCs w:val="20"/>
          </w:rPr>
          <w:alias w:val="checkbox no - respond to aerial cable damage restorations"/>
          <w:tag w:val="checkbox no - respond to aerial cable damage restorations"/>
          <w:id w:val="-1964101492"/>
          <w14:checkbox>
            <w14:checked w14:val="0"/>
            <w14:checkedState w14:val="2612" w14:font="MS Gothic"/>
            <w14:uncheckedState w14:val="2610" w14:font="MS Gothic"/>
          </w14:checkbox>
        </w:sdtPr>
        <w:sdtEndPr/>
        <w:sdtContent>
          <w:r w:rsidR="00843C5E">
            <w:rPr>
              <w:rFonts w:ascii="MS Gothic" w:eastAsia="MS Gothic" w:hAnsi="MS Gothic" w:cs="Segoe UI Symbol" w:hint="eastAsia"/>
              <w:color w:val="auto"/>
              <w:sz w:val="20"/>
              <w:szCs w:val="20"/>
            </w:rPr>
            <w:t>☐</w:t>
          </w:r>
        </w:sdtContent>
      </w:sdt>
      <w:r w:rsidR="00476929" w:rsidRPr="00476929">
        <w:rPr>
          <w:rFonts w:ascii="Arial" w:hAnsi="Arial" w:cs="Arial"/>
          <w:color w:val="auto"/>
          <w:sz w:val="20"/>
          <w:szCs w:val="20"/>
        </w:rPr>
        <w:t xml:space="preserve">  No</w:t>
      </w:r>
    </w:p>
    <w:p w14:paraId="2F9A84CC" w14:textId="77777777" w:rsidR="00D577F6" w:rsidRPr="00EA6F1F" w:rsidRDefault="00D577F6" w:rsidP="00F52616">
      <w:pPr>
        <w:pStyle w:val="Heading2"/>
        <w:spacing w:before="480"/>
      </w:pPr>
      <w:r w:rsidRPr="00EA6F1F">
        <w:t>5.7</w:t>
      </w:r>
      <w:r>
        <w:t xml:space="preserve"> </w:t>
      </w:r>
      <w:r w:rsidRPr="00EA6F1F">
        <w:t>Fiber Splicing Capabilities</w:t>
      </w:r>
    </w:p>
    <w:p w14:paraId="55E54F77" w14:textId="77777777" w:rsidR="00D577F6" w:rsidRDefault="00D577F6" w:rsidP="00F52616">
      <w:pPr>
        <w:spacing w:before="240" w:after="120"/>
        <w:rPr>
          <w:rFonts w:ascii="Arial" w:hAnsi="Arial" w:cs="Arial"/>
          <w:color w:val="auto"/>
          <w:sz w:val="20"/>
          <w:szCs w:val="20"/>
        </w:rPr>
      </w:pPr>
      <w:r>
        <w:rPr>
          <w:rFonts w:ascii="Arial" w:hAnsi="Arial" w:cs="Arial"/>
          <w:color w:val="auto"/>
          <w:sz w:val="20"/>
          <w:szCs w:val="20"/>
        </w:rPr>
        <w:tab/>
        <w:t xml:space="preserve">5.7.1 </w:t>
      </w:r>
      <w:r w:rsidRPr="00D577F6">
        <w:rPr>
          <w:rFonts w:ascii="Arial" w:hAnsi="Arial" w:cs="Arial"/>
          <w:b/>
          <w:bCs/>
          <w:color w:val="auto"/>
          <w:sz w:val="20"/>
          <w:szCs w:val="20"/>
        </w:rPr>
        <w:t>Splicing Availability:</w:t>
      </w:r>
      <w:r w:rsidRPr="00D577F6">
        <w:rPr>
          <w:rFonts w:ascii="Arial" w:hAnsi="Arial" w:cs="Arial"/>
          <w:color w:val="auto"/>
          <w:sz w:val="20"/>
          <w:szCs w:val="20"/>
        </w:rPr>
        <w:t xml:space="preserve"> Does your company offer fiber optic splicing services?</w:t>
      </w:r>
    </w:p>
    <w:p w14:paraId="59265B66" w14:textId="77777777" w:rsidR="00D577F6" w:rsidRDefault="00DA10C1" w:rsidP="00D577F6">
      <w:pPr>
        <w:spacing w:before="40" w:after="120"/>
        <w:ind w:left="720" w:firstLine="720"/>
        <w:rPr>
          <w:rFonts w:ascii="Arial" w:hAnsi="Arial" w:cs="Arial"/>
          <w:color w:val="auto"/>
          <w:sz w:val="20"/>
          <w:szCs w:val="20"/>
        </w:rPr>
      </w:pPr>
      <w:sdt>
        <w:sdtPr>
          <w:rPr>
            <w:rFonts w:ascii="Arial" w:hAnsi="Arial" w:cs="Arial"/>
            <w:color w:val="auto"/>
            <w:sz w:val="20"/>
            <w:szCs w:val="20"/>
          </w:rPr>
          <w:alias w:val="Yes - offer fiber optic splicing services"/>
          <w:tag w:val="Yes - offer fiber optic splicing services"/>
          <w:id w:val="492369717"/>
          <w14:checkbox>
            <w14:checked w14:val="0"/>
            <w14:checkedState w14:val="2612" w14:font="MS Gothic"/>
            <w14:uncheckedState w14:val="2610" w14:font="MS Gothic"/>
          </w14:checkbox>
        </w:sdtPr>
        <w:sdtEndPr/>
        <w:sdtContent>
          <w:r w:rsidR="00EA6F1F">
            <w:rPr>
              <w:rFonts w:ascii="MS Gothic" w:eastAsia="MS Gothic" w:hAnsi="MS Gothic" w:cs="Arial" w:hint="eastAsia"/>
              <w:color w:val="auto"/>
              <w:sz w:val="20"/>
              <w:szCs w:val="20"/>
            </w:rPr>
            <w:t>☐</w:t>
          </w:r>
        </w:sdtContent>
      </w:sdt>
      <w:r w:rsidR="00D577F6" w:rsidRPr="00D577F6">
        <w:rPr>
          <w:rFonts w:ascii="Arial" w:hAnsi="Arial" w:cs="Arial"/>
          <w:color w:val="auto"/>
          <w:sz w:val="20"/>
          <w:szCs w:val="20"/>
        </w:rPr>
        <w:t xml:space="preserve"> Yes </w:t>
      </w:r>
    </w:p>
    <w:p w14:paraId="2F8D49B9" w14:textId="77777777" w:rsidR="00D577F6" w:rsidRPr="00D577F6" w:rsidRDefault="00DA10C1" w:rsidP="00D577F6">
      <w:pPr>
        <w:spacing w:before="40" w:after="120"/>
        <w:ind w:left="720" w:firstLine="720"/>
        <w:rPr>
          <w:rFonts w:ascii="Arial" w:hAnsi="Arial" w:cs="Arial"/>
          <w:color w:val="auto"/>
          <w:sz w:val="20"/>
          <w:szCs w:val="20"/>
        </w:rPr>
      </w:pPr>
      <w:sdt>
        <w:sdtPr>
          <w:rPr>
            <w:rFonts w:ascii="Arial" w:hAnsi="Arial" w:cs="Arial"/>
            <w:color w:val="auto"/>
            <w:sz w:val="20"/>
            <w:szCs w:val="20"/>
          </w:rPr>
          <w:alias w:val="No - offer fiber optic splicing services"/>
          <w:tag w:val="No - offer fiber optic splicing services"/>
          <w:id w:val="430014057"/>
          <w14:checkbox>
            <w14:checked w14:val="0"/>
            <w14:checkedState w14:val="2612" w14:font="MS Gothic"/>
            <w14:uncheckedState w14:val="2610" w14:font="MS Gothic"/>
          </w14:checkbox>
        </w:sdtPr>
        <w:sdtEndPr/>
        <w:sdtContent>
          <w:r w:rsidR="00EA6F1F">
            <w:rPr>
              <w:rFonts w:ascii="MS Gothic" w:eastAsia="MS Gothic" w:hAnsi="MS Gothic" w:cs="Arial" w:hint="eastAsia"/>
              <w:color w:val="auto"/>
              <w:sz w:val="20"/>
              <w:szCs w:val="20"/>
            </w:rPr>
            <w:t>☐</w:t>
          </w:r>
        </w:sdtContent>
      </w:sdt>
      <w:r w:rsidR="00D577F6" w:rsidRPr="00D577F6">
        <w:rPr>
          <w:rFonts w:ascii="Arial" w:hAnsi="Arial" w:cs="Arial"/>
          <w:color w:val="auto"/>
          <w:sz w:val="20"/>
          <w:szCs w:val="20"/>
        </w:rPr>
        <w:t xml:space="preserve"> No</w:t>
      </w:r>
    </w:p>
    <w:p w14:paraId="5A5206BD" w14:textId="77777777" w:rsidR="00D577F6" w:rsidRPr="00D577F6" w:rsidRDefault="00D577F6" w:rsidP="00D577F6">
      <w:pPr>
        <w:spacing w:before="40" w:after="120"/>
        <w:ind w:left="720"/>
        <w:rPr>
          <w:rFonts w:ascii="Arial" w:hAnsi="Arial" w:cs="Arial"/>
          <w:color w:val="auto"/>
          <w:sz w:val="20"/>
          <w:szCs w:val="20"/>
        </w:rPr>
      </w:pPr>
      <w:r>
        <w:rPr>
          <w:rFonts w:ascii="Arial" w:hAnsi="Arial" w:cs="Arial"/>
          <w:color w:val="auto"/>
          <w:sz w:val="20"/>
          <w:szCs w:val="20"/>
        </w:rPr>
        <w:t xml:space="preserve">5.7.2 </w:t>
      </w:r>
      <w:r w:rsidRPr="00D577F6">
        <w:rPr>
          <w:rFonts w:ascii="Arial" w:hAnsi="Arial" w:cs="Arial"/>
          <w:b/>
          <w:bCs/>
          <w:color w:val="auto"/>
          <w:sz w:val="20"/>
          <w:szCs w:val="20"/>
        </w:rPr>
        <w:t>Execution Method:</w:t>
      </w:r>
      <w:r w:rsidRPr="00D577F6">
        <w:rPr>
          <w:rFonts w:ascii="Arial" w:hAnsi="Arial" w:cs="Arial"/>
          <w:color w:val="auto"/>
          <w:sz w:val="20"/>
          <w:szCs w:val="20"/>
        </w:rPr>
        <w:t xml:space="preserve"> If yes, are splicing services performed:</w:t>
      </w:r>
    </w:p>
    <w:p w14:paraId="17D953E9" w14:textId="77777777" w:rsidR="00D577F6" w:rsidRPr="00D577F6" w:rsidRDefault="00DA10C1" w:rsidP="00D577F6">
      <w:pPr>
        <w:spacing w:before="40" w:after="120"/>
        <w:ind w:left="1440"/>
        <w:rPr>
          <w:rFonts w:ascii="Arial" w:hAnsi="Arial" w:cs="Arial"/>
          <w:color w:val="auto"/>
          <w:sz w:val="20"/>
          <w:szCs w:val="20"/>
        </w:rPr>
      </w:pPr>
      <w:sdt>
        <w:sdtPr>
          <w:rPr>
            <w:rFonts w:ascii="Arial" w:hAnsi="Arial" w:cs="Arial"/>
            <w:color w:val="auto"/>
            <w:sz w:val="20"/>
            <w:szCs w:val="20"/>
          </w:rPr>
          <w:alias w:val="in-house box"/>
          <w:tag w:val="in-house box"/>
          <w:id w:val="-691304850"/>
          <w14:checkbox>
            <w14:checked w14:val="0"/>
            <w14:checkedState w14:val="2612" w14:font="MS Gothic"/>
            <w14:uncheckedState w14:val="2610" w14:font="MS Gothic"/>
          </w14:checkbox>
        </w:sdtPr>
        <w:sdtEndPr/>
        <w:sdtContent>
          <w:r w:rsidR="00EA6F1F">
            <w:rPr>
              <w:rFonts w:ascii="MS Gothic" w:eastAsia="MS Gothic" w:hAnsi="MS Gothic" w:cs="Arial" w:hint="eastAsia"/>
              <w:color w:val="auto"/>
              <w:sz w:val="20"/>
              <w:szCs w:val="20"/>
            </w:rPr>
            <w:t>☐</w:t>
          </w:r>
        </w:sdtContent>
      </w:sdt>
      <w:r w:rsidR="00D577F6" w:rsidRPr="00D577F6">
        <w:rPr>
          <w:rFonts w:ascii="Arial" w:hAnsi="Arial" w:cs="Arial"/>
          <w:color w:val="auto"/>
          <w:sz w:val="20"/>
          <w:szCs w:val="20"/>
        </w:rPr>
        <w:t xml:space="preserve"> In-House (Self-Performed)</w:t>
      </w:r>
    </w:p>
    <w:p w14:paraId="0774BD8E" w14:textId="77777777" w:rsidR="00D577F6" w:rsidRPr="00D577F6" w:rsidRDefault="00DA10C1" w:rsidP="00D577F6">
      <w:pPr>
        <w:spacing w:before="40" w:after="120"/>
        <w:ind w:left="1440"/>
        <w:rPr>
          <w:rFonts w:ascii="Arial" w:hAnsi="Arial" w:cs="Arial"/>
          <w:color w:val="auto"/>
          <w:sz w:val="20"/>
          <w:szCs w:val="20"/>
        </w:rPr>
      </w:pPr>
      <w:sdt>
        <w:sdtPr>
          <w:rPr>
            <w:rFonts w:ascii="Arial" w:hAnsi="Arial" w:cs="Arial"/>
            <w:color w:val="auto"/>
            <w:sz w:val="20"/>
            <w:szCs w:val="20"/>
          </w:rPr>
          <w:alias w:val="subcontracted box"/>
          <w:tag w:val="subcontracted box"/>
          <w:id w:val="-1746022163"/>
          <w14:checkbox>
            <w14:checked w14:val="0"/>
            <w14:checkedState w14:val="2612" w14:font="MS Gothic"/>
            <w14:uncheckedState w14:val="2610" w14:font="MS Gothic"/>
          </w14:checkbox>
        </w:sdtPr>
        <w:sdtEndPr/>
        <w:sdtContent>
          <w:r w:rsidR="00EA6F1F">
            <w:rPr>
              <w:rFonts w:ascii="MS Gothic" w:eastAsia="MS Gothic" w:hAnsi="MS Gothic" w:cs="Arial" w:hint="eastAsia"/>
              <w:color w:val="auto"/>
              <w:sz w:val="20"/>
              <w:szCs w:val="20"/>
            </w:rPr>
            <w:t>☐</w:t>
          </w:r>
        </w:sdtContent>
      </w:sdt>
      <w:r w:rsidR="00D577F6" w:rsidRPr="00D577F6">
        <w:rPr>
          <w:rFonts w:ascii="Arial" w:hAnsi="Arial" w:cs="Arial"/>
          <w:color w:val="auto"/>
          <w:sz w:val="20"/>
          <w:szCs w:val="20"/>
        </w:rPr>
        <w:t xml:space="preserve"> Subcontracted</w:t>
      </w:r>
    </w:p>
    <w:p w14:paraId="2498B4FF" w14:textId="77777777" w:rsidR="00D577F6" w:rsidRPr="00D577F6" w:rsidRDefault="00DA10C1" w:rsidP="00D577F6">
      <w:pPr>
        <w:spacing w:before="40" w:after="120"/>
        <w:ind w:left="1440"/>
        <w:rPr>
          <w:rFonts w:ascii="Arial" w:hAnsi="Arial" w:cs="Arial"/>
          <w:color w:val="auto"/>
          <w:sz w:val="20"/>
          <w:szCs w:val="20"/>
        </w:rPr>
      </w:pPr>
      <w:sdt>
        <w:sdtPr>
          <w:rPr>
            <w:rFonts w:ascii="Arial" w:hAnsi="Arial" w:cs="Arial"/>
            <w:color w:val="auto"/>
            <w:sz w:val="20"/>
            <w:szCs w:val="20"/>
          </w:rPr>
          <w:alias w:val="both box"/>
          <w:tag w:val="both box"/>
          <w:id w:val="-2033639143"/>
          <w14:checkbox>
            <w14:checked w14:val="0"/>
            <w14:checkedState w14:val="2612" w14:font="MS Gothic"/>
            <w14:uncheckedState w14:val="2610" w14:font="MS Gothic"/>
          </w14:checkbox>
        </w:sdtPr>
        <w:sdtEndPr/>
        <w:sdtContent>
          <w:r w:rsidR="00AF6E08">
            <w:rPr>
              <w:rFonts w:ascii="MS Gothic" w:eastAsia="MS Gothic" w:hAnsi="MS Gothic" w:cs="Arial" w:hint="eastAsia"/>
              <w:color w:val="auto"/>
              <w:sz w:val="20"/>
              <w:szCs w:val="20"/>
            </w:rPr>
            <w:t>☐</w:t>
          </w:r>
        </w:sdtContent>
      </w:sdt>
      <w:r w:rsidR="00D577F6" w:rsidRPr="00D577F6">
        <w:rPr>
          <w:rFonts w:ascii="Arial" w:hAnsi="Arial" w:cs="Arial"/>
          <w:color w:val="auto"/>
          <w:sz w:val="20"/>
          <w:szCs w:val="20"/>
        </w:rPr>
        <w:t xml:space="preserve"> Both</w:t>
      </w:r>
    </w:p>
    <w:p w14:paraId="11646E43" w14:textId="77777777" w:rsidR="00D577F6" w:rsidRPr="00D577F6" w:rsidRDefault="00D577F6" w:rsidP="00D577F6">
      <w:pPr>
        <w:spacing w:before="40" w:after="120"/>
        <w:ind w:left="720"/>
        <w:rPr>
          <w:rFonts w:ascii="Arial" w:hAnsi="Arial" w:cs="Arial"/>
          <w:color w:val="auto"/>
          <w:sz w:val="20"/>
          <w:szCs w:val="20"/>
        </w:rPr>
      </w:pPr>
      <w:r>
        <w:rPr>
          <w:rFonts w:ascii="Arial" w:hAnsi="Arial" w:cs="Arial"/>
          <w:color w:val="auto"/>
          <w:sz w:val="20"/>
          <w:szCs w:val="20"/>
        </w:rPr>
        <w:t xml:space="preserve">5.7.3 </w:t>
      </w:r>
      <w:r w:rsidRPr="00D577F6">
        <w:rPr>
          <w:rFonts w:ascii="Arial" w:hAnsi="Arial" w:cs="Arial"/>
          <w:b/>
          <w:bCs/>
          <w:color w:val="auto"/>
          <w:sz w:val="20"/>
          <w:szCs w:val="20"/>
        </w:rPr>
        <w:t>Subcontractor Identification:</w:t>
      </w:r>
      <w:r w:rsidRPr="00D577F6">
        <w:rPr>
          <w:rFonts w:ascii="Arial" w:hAnsi="Arial" w:cs="Arial"/>
          <w:color w:val="auto"/>
          <w:sz w:val="20"/>
          <w:szCs w:val="20"/>
        </w:rPr>
        <w:t xml:space="preserve"> If subcontracted, list all third-party splicing subcontractors you intend to use, along with their experience and certifications. (Note: All splicing subcontractors are subject to ICN review and approval prior to project authorization). </w:t>
      </w:r>
    </w:p>
    <w:p w14:paraId="54E6A8BA" w14:textId="77777777" w:rsidR="00AF6E08" w:rsidRPr="00476929" w:rsidRDefault="00DA10C1" w:rsidP="009D75A5">
      <w:pPr>
        <w:pBdr>
          <w:top w:val="single" w:sz="4" w:space="1" w:color="auto"/>
          <w:left w:val="single" w:sz="4" w:space="4" w:color="auto"/>
          <w:bottom w:val="single" w:sz="4" w:space="1" w:color="auto"/>
          <w:right w:val="single" w:sz="4" w:space="4" w:color="auto"/>
        </w:pBdr>
        <w:shd w:val="clear" w:color="auto" w:fill="DBE5F1" w:themeFill="accent1" w:themeFillTint="33"/>
        <w:ind w:left="720"/>
        <w:rPr>
          <w:rFonts w:ascii="Arial" w:hAnsi="Arial" w:cs="Arial"/>
          <w:color w:val="auto"/>
          <w:sz w:val="20"/>
          <w:szCs w:val="20"/>
        </w:rPr>
      </w:pPr>
      <w:sdt>
        <w:sdtPr>
          <w:rPr>
            <w:rFonts w:ascii="Arial" w:hAnsi="Arial" w:cs="Arial"/>
            <w:color w:val="auto"/>
            <w:sz w:val="20"/>
            <w:szCs w:val="20"/>
          </w:rPr>
          <w:alias w:val="Subcontractor Identification: "/>
          <w:tag w:val="Subcontractor Identification: "/>
          <w:id w:val="947738779"/>
          <w:lock w:val="sdtLocked"/>
          <w:placeholder>
            <w:docPart w:val="02AA31CC945347109227589519ECDC43"/>
          </w:placeholder>
          <w:showingPlcHdr/>
          <w15:color w:val="666699"/>
          <w:text w:multiLine="1"/>
        </w:sdtPr>
        <w:sdtEndPr/>
        <w:sdtContent>
          <w:r w:rsidR="00AF6E08" w:rsidRPr="009D75A5">
            <w:rPr>
              <w:rFonts w:ascii="Arial" w:hAnsi="Arial" w:cs="Arial"/>
              <w:i/>
              <w:color w:val="auto"/>
              <w:sz w:val="20"/>
              <w:szCs w:val="20"/>
              <w:highlight w:val="lightGray"/>
              <w:shd w:val="clear" w:color="auto" w:fill="DBE5F1" w:themeFill="accent1" w:themeFillTint="33"/>
            </w:rPr>
            <w:t>[Click or tap here to enter text]</w:t>
          </w:r>
        </w:sdtContent>
      </w:sdt>
    </w:p>
    <w:sectPr w:rsidR="00AF6E08" w:rsidRPr="0047692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C6B"/>
    <w:rsid w:val="00076AC5"/>
    <w:rsid w:val="000D7FF7"/>
    <w:rsid w:val="00100E17"/>
    <w:rsid w:val="00103420"/>
    <w:rsid w:val="0013236B"/>
    <w:rsid w:val="0015074B"/>
    <w:rsid w:val="001E66E8"/>
    <w:rsid w:val="0029639D"/>
    <w:rsid w:val="00326F90"/>
    <w:rsid w:val="003657FA"/>
    <w:rsid w:val="003D4CE7"/>
    <w:rsid w:val="00403476"/>
    <w:rsid w:val="00476929"/>
    <w:rsid w:val="004B134F"/>
    <w:rsid w:val="004C632F"/>
    <w:rsid w:val="004E37E4"/>
    <w:rsid w:val="005160FD"/>
    <w:rsid w:val="00533627"/>
    <w:rsid w:val="005C1964"/>
    <w:rsid w:val="00640234"/>
    <w:rsid w:val="006B7365"/>
    <w:rsid w:val="007069B2"/>
    <w:rsid w:val="0072378C"/>
    <w:rsid w:val="007B1572"/>
    <w:rsid w:val="007C11E6"/>
    <w:rsid w:val="007D5197"/>
    <w:rsid w:val="00843C5E"/>
    <w:rsid w:val="00911652"/>
    <w:rsid w:val="009D75A5"/>
    <w:rsid w:val="00A6711F"/>
    <w:rsid w:val="00AA1D8D"/>
    <w:rsid w:val="00AF6E08"/>
    <w:rsid w:val="00B47730"/>
    <w:rsid w:val="00C17059"/>
    <w:rsid w:val="00C60B06"/>
    <w:rsid w:val="00C61D70"/>
    <w:rsid w:val="00C973C8"/>
    <w:rsid w:val="00CB0664"/>
    <w:rsid w:val="00D44C1B"/>
    <w:rsid w:val="00D577F6"/>
    <w:rsid w:val="00DA10C1"/>
    <w:rsid w:val="00E72300"/>
    <w:rsid w:val="00EA2185"/>
    <w:rsid w:val="00EA6B29"/>
    <w:rsid w:val="00EA6F1F"/>
    <w:rsid w:val="00EC741F"/>
    <w:rsid w:val="00F526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E9FA76"/>
  <w14:defaultImageDpi w14:val="300"/>
  <w15:docId w15:val="{463AF029-CFA4-450B-A2C6-63EFA790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EC741F"/>
    <w:pPr>
      <w:jc w:val="center"/>
      <w:outlineLvl w:val="0"/>
    </w:pPr>
    <w:rPr>
      <w:rFonts w:ascii="Arial" w:hAnsi="Arial" w:cs="Arial"/>
      <w:b/>
      <w:color w:val="auto"/>
      <w:sz w:val="24"/>
      <w:szCs w:val="20"/>
    </w:rPr>
  </w:style>
  <w:style w:type="paragraph" w:styleId="Heading2">
    <w:name w:val="heading 2"/>
    <w:basedOn w:val="Normal"/>
    <w:next w:val="Normal"/>
    <w:link w:val="Heading2Char"/>
    <w:uiPriority w:val="9"/>
    <w:unhideWhenUsed/>
    <w:qFormat/>
    <w:rsid w:val="00EA6B29"/>
    <w:pPr>
      <w:keepNext/>
      <w:spacing w:before="280" w:after="120"/>
      <w:outlineLvl w:val="1"/>
    </w:pPr>
    <w:rPr>
      <w:rFonts w:ascii="Arial" w:hAnsi="Arial" w:cs="Arial"/>
      <w:b/>
      <w:color w:val="auto"/>
      <w:sz w:val="20"/>
      <w:szCs w:val="20"/>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EC741F"/>
    <w:rPr>
      <w:rFonts w:ascii="Arial" w:hAnsi="Arial" w:cs="Arial"/>
      <w:b/>
      <w:sz w:val="24"/>
      <w:szCs w:val="20"/>
    </w:rPr>
  </w:style>
  <w:style w:type="character" w:customStyle="1" w:styleId="Heading2Char">
    <w:name w:val="Heading 2 Char"/>
    <w:basedOn w:val="DefaultParagraphFont"/>
    <w:link w:val="Heading2"/>
    <w:uiPriority w:val="9"/>
    <w:rsid w:val="00EA6B29"/>
    <w:rPr>
      <w:rFonts w:ascii="Arial" w:hAnsi="Arial" w:cs="Arial"/>
      <w:b/>
      <w:sz w:val="20"/>
      <w:szCs w:val="20"/>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577F6"/>
    <w:rPr>
      <w:rFonts w:ascii="Times New Roman" w:hAnsi="Times New Roman" w:cs="Times New Roman"/>
      <w:sz w:val="24"/>
      <w:szCs w:val="24"/>
    </w:rPr>
  </w:style>
  <w:style w:type="character" w:customStyle="1" w:styleId="Style1">
    <w:name w:val="Style1"/>
    <w:basedOn w:val="DefaultParagraphFont"/>
    <w:uiPriority w:val="1"/>
    <w:rsid w:val="00D44C1B"/>
    <w:rPr>
      <w:bdr w:val="none" w:sz="0" w:space="0" w:color="auto"/>
    </w:rPr>
  </w:style>
  <w:style w:type="character" w:styleId="PlaceholderText">
    <w:name w:val="Placeholder Text"/>
    <w:basedOn w:val="DefaultParagraphFont"/>
    <w:uiPriority w:val="99"/>
    <w:semiHidden/>
    <w:rsid w:val="00D44C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677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7948DE004D47FFAF4176695BC018EE"/>
        <w:category>
          <w:name w:val="General"/>
          <w:gallery w:val="placeholder"/>
        </w:category>
        <w:types>
          <w:type w:val="bbPlcHdr"/>
        </w:types>
        <w:behaviors>
          <w:behavior w:val="content"/>
        </w:behaviors>
        <w:guid w:val="{368966EB-0092-4AD3-954B-046FC2F0DD4E}"/>
      </w:docPartPr>
      <w:docPartBody>
        <w:p w:rsidR="005207CA" w:rsidRDefault="00964BDD" w:rsidP="00964BDD">
          <w:pPr>
            <w:pStyle w:val="5A7948DE004D47FFAF4176695BC018EE3"/>
          </w:pPr>
          <w:r w:rsidRPr="00D44C1B">
            <w:rPr>
              <w:rFonts w:ascii="Arial" w:hAnsi="Arial" w:cs="Arial"/>
              <w:i/>
              <w:color w:val="auto"/>
              <w:sz w:val="20"/>
              <w:szCs w:val="20"/>
              <w:highlight w:val="lightGray"/>
            </w:rPr>
            <w:t>[Click or tap here to enter text]</w:t>
          </w:r>
        </w:p>
      </w:docPartBody>
    </w:docPart>
    <w:docPart>
      <w:docPartPr>
        <w:name w:val="02AA31CC945347109227589519ECDC43"/>
        <w:category>
          <w:name w:val="General"/>
          <w:gallery w:val="placeholder"/>
        </w:category>
        <w:types>
          <w:type w:val="bbPlcHdr"/>
        </w:types>
        <w:behaviors>
          <w:behavior w:val="content"/>
        </w:behaviors>
        <w:guid w:val="{117E2FF5-6D0B-4E82-AA5D-7E19BB551258}"/>
      </w:docPartPr>
      <w:docPartBody>
        <w:p w:rsidR="005207CA" w:rsidRDefault="00964BDD" w:rsidP="00964BDD">
          <w:pPr>
            <w:pStyle w:val="02AA31CC945347109227589519ECDC432"/>
          </w:pPr>
          <w:r w:rsidRPr="00AF6E08">
            <w:rPr>
              <w:rFonts w:ascii="Arial" w:hAnsi="Arial" w:cs="Arial"/>
              <w:i/>
              <w:color w:val="auto"/>
              <w:sz w:val="20"/>
              <w:szCs w:val="20"/>
              <w:highlight w:val="lightGray"/>
            </w:rPr>
            <w:t>[Click or tap here to enter text]</w:t>
          </w:r>
        </w:p>
      </w:docPartBody>
    </w:docPart>
    <w:docPart>
      <w:docPartPr>
        <w:name w:val="40CCA27FD3184626986140924F7764EB"/>
        <w:category>
          <w:name w:val="General"/>
          <w:gallery w:val="placeholder"/>
        </w:category>
        <w:types>
          <w:type w:val="bbPlcHdr"/>
        </w:types>
        <w:behaviors>
          <w:behavior w:val="content"/>
        </w:behaviors>
        <w:guid w:val="{ACA0EDBC-47A3-43ED-B7F3-EE7B6E78B5CA}"/>
      </w:docPartPr>
      <w:docPartBody>
        <w:p w:rsidR="005207CA" w:rsidRDefault="00964BDD" w:rsidP="00964BDD">
          <w:pPr>
            <w:pStyle w:val="40CCA27FD3184626986140924F7764EB2"/>
          </w:pPr>
          <w:r w:rsidRPr="00AF6E08">
            <w:rPr>
              <w:rFonts w:ascii="Arial" w:hAnsi="Arial" w:cs="Arial"/>
              <w:i/>
              <w:color w:val="auto"/>
              <w:sz w:val="20"/>
              <w:szCs w:val="20"/>
              <w:highlight w:val="lightGray"/>
            </w:rPr>
            <w:t>[Click or tap here to enter text — Include client name, locations, and project descriptions]</w:t>
          </w:r>
        </w:p>
      </w:docPartBody>
    </w:docPart>
    <w:docPart>
      <w:docPartPr>
        <w:name w:val="19E95EA6A721447B80FF9C89558AECB2"/>
        <w:category>
          <w:name w:val="General"/>
          <w:gallery w:val="placeholder"/>
        </w:category>
        <w:types>
          <w:type w:val="bbPlcHdr"/>
        </w:types>
        <w:behaviors>
          <w:behavior w:val="content"/>
        </w:behaviors>
        <w:guid w:val="{F7034B54-57B9-4C55-BF01-6874391EA97E}"/>
      </w:docPartPr>
      <w:docPartBody>
        <w:p w:rsidR="005207CA" w:rsidRDefault="00964BDD" w:rsidP="00964BDD">
          <w:pPr>
            <w:pStyle w:val="19E95EA6A721447B80FF9C89558AECB22"/>
          </w:pPr>
          <w:r w:rsidRPr="00AF6E08">
            <w:rPr>
              <w:rFonts w:ascii="Arial" w:hAnsi="Arial" w:cs="Arial"/>
              <w:i/>
              <w:color w:val="auto"/>
              <w:sz w:val="20"/>
              <w:szCs w:val="20"/>
              <w:highlight w:val="lightGray"/>
            </w:rPr>
            <w:t>[Click or tap here to enter text]</w:t>
          </w:r>
        </w:p>
      </w:docPartBody>
    </w:docPart>
    <w:docPart>
      <w:docPartPr>
        <w:name w:val="460ECE8CDA7E45E78BEBECBFA5FC7CAB"/>
        <w:category>
          <w:name w:val="General"/>
          <w:gallery w:val="placeholder"/>
        </w:category>
        <w:types>
          <w:type w:val="bbPlcHdr"/>
        </w:types>
        <w:behaviors>
          <w:behavior w:val="content"/>
        </w:behaviors>
        <w:guid w:val="{234D58E3-BCEC-4B68-AF1A-9E24580B8D68}"/>
      </w:docPartPr>
      <w:docPartBody>
        <w:p w:rsidR="00964BDD" w:rsidRDefault="00964BDD" w:rsidP="00964BDD">
          <w:pPr>
            <w:pStyle w:val="460ECE8CDA7E45E78BEBECBFA5FC7CAB2"/>
          </w:pPr>
          <w:r w:rsidRPr="00AF6E08">
            <w:rPr>
              <w:rFonts w:ascii="Arial" w:hAnsi="Arial" w:cs="Arial"/>
              <w:i/>
              <w:color w:val="auto"/>
              <w:sz w:val="20"/>
              <w:szCs w:val="20"/>
              <w:highlight w:val="lightGray"/>
            </w:rPr>
            <w:t>[Click or tap here to enter text]</w:t>
          </w:r>
        </w:p>
      </w:docPartBody>
    </w:docPart>
    <w:docPart>
      <w:docPartPr>
        <w:name w:val="83BBBB86E0E44DE79F32E007322655C0"/>
        <w:category>
          <w:name w:val="General"/>
          <w:gallery w:val="placeholder"/>
        </w:category>
        <w:types>
          <w:type w:val="bbPlcHdr"/>
        </w:types>
        <w:behaviors>
          <w:behavior w:val="content"/>
        </w:behaviors>
        <w:guid w:val="{A3B658E7-2C87-4398-B5A2-F11DBD52D936}"/>
      </w:docPartPr>
      <w:docPartBody>
        <w:p w:rsidR="00964BDD" w:rsidRDefault="00964BDD" w:rsidP="00964BDD">
          <w:pPr>
            <w:pStyle w:val="83BBBB86E0E44DE79F32E007322655C02"/>
          </w:pPr>
          <w:r w:rsidRPr="00AF6E08">
            <w:rPr>
              <w:rFonts w:ascii="Arial" w:hAnsi="Arial" w:cs="Arial"/>
              <w:i/>
              <w:color w:val="auto"/>
              <w:sz w:val="20"/>
              <w:szCs w:val="20"/>
              <w:highlight w:val="lightGray"/>
            </w:rPr>
            <w:t>[Click or tap here to enter text]</w:t>
          </w:r>
        </w:p>
      </w:docPartBody>
    </w:docPart>
    <w:docPart>
      <w:docPartPr>
        <w:name w:val="F861E51A7E074139AD89F3C02CFC717B"/>
        <w:category>
          <w:name w:val="General"/>
          <w:gallery w:val="placeholder"/>
        </w:category>
        <w:types>
          <w:type w:val="bbPlcHdr"/>
        </w:types>
        <w:behaviors>
          <w:behavior w:val="content"/>
        </w:behaviors>
        <w:guid w:val="{126672D2-1F39-4D4D-9DF5-4B35AFA7D5FC}"/>
      </w:docPartPr>
      <w:docPartBody>
        <w:p w:rsidR="00964BDD" w:rsidRDefault="00964BDD" w:rsidP="00964BDD">
          <w:pPr>
            <w:pStyle w:val="F861E51A7E074139AD89F3C02CFC717B2"/>
          </w:pPr>
          <w:r w:rsidRPr="00EA6B29">
            <w:rPr>
              <w:rFonts w:ascii="Arial" w:hAnsi="Arial" w:cs="Arial"/>
              <w:i/>
              <w:color w:val="auto"/>
              <w:sz w:val="20"/>
              <w:szCs w:val="20"/>
              <w:highlight w:val="lightGray"/>
            </w:rPr>
            <w:t>[Click or tap here to enter text]</w:t>
          </w:r>
        </w:p>
      </w:docPartBody>
    </w:docPart>
    <w:docPart>
      <w:docPartPr>
        <w:name w:val="4C932C6670514032ADF6D4C6010B553E"/>
        <w:category>
          <w:name w:val="General"/>
          <w:gallery w:val="placeholder"/>
        </w:category>
        <w:types>
          <w:type w:val="bbPlcHdr"/>
        </w:types>
        <w:behaviors>
          <w:behavior w:val="content"/>
        </w:behaviors>
        <w:guid w:val="{A380014C-27E8-43D3-9291-B30A5561FA4C}"/>
      </w:docPartPr>
      <w:docPartBody>
        <w:p w:rsidR="00964BDD" w:rsidRDefault="00964BDD" w:rsidP="00964BDD">
          <w:pPr>
            <w:pStyle w:val="4C932C6670514032ADF6D4C6010B553E2"/>
          </w:pPr>
          <w:r w:rsidRPr="00EA6B29">
            <w:rPr>
              <w:rFonts w:ascii="Arial" w:hAnsi="Arial" w:cs="Arial"/>
              <w:i/>
              <w:color w:val="auto"/>
              <w:sz w:val="20"/>
              <w:szCs w:val="20"/>
              <w:highlight w:val="lightGray"/>
            </w:rPr>
            <w:t>[Click or tap here to enter text]</w:t>
          </w:r>
        </w:p>
      </w:docPartBody>
    </w:docPart>
    <w:docPart>
      <w:docPartPr>
        <w:name w:val="1D1104E89AF846088DF9394EB72C657B"/>
        <w:category>
          <w:name w:val="General"/>
          <w:gallery w:val="placeholder"/>
        </w:category>
        <w:types>
          <w:type w:val="bbPlcHdr"/>
        </w:types>
        <w:behaviors>
          <w:behavior w:val="content"/>
        </w:behaviors>
        <w:guid w:val="{0464FD57-9F3E-4488-BD3C-F99612142EB4}"/>
      </w:docPartPr>
      <w:docPartBody>
        <w:p w:rsidR="00964BDD" w:rsidRDefault="00964BDD" w:rsidP="00964BDD">
          <w:pPr>
            <w:pStyle w:val="1D1104E89AF846088DF9394EB72C657B2"/>
          </w:pPr>
          <w:r w:rsidRPr="003D4CE7">
            <w:rPr>
              <w:rFonts w:ascii="Arial" w:hAnsi="Arial" w:cs="Arial"/>
              <w:i/>
              <w:color w:val="auto"/>
              <w:sz w:val="20"/>
              <w:szCs w:val="20"/>
              <w:highlight w:val="lightGray"/>
            </w:rPr>
            <w:t>[Click or tap here to enter text]</w:t>
          </w:r>
        </w:p>
      </w:docPartBody>
    </w:docPart>
    <w:docPart>
      <w:docPartPr>
        <w:name w:val="BE451537E6C440DDA5AC42DA75B8A411"/>
        <w:category>
          <w:name w:val="General"/>
          <w:gallery w:val="placeholder"/>
        </w:category>
        <w:types>
          <w:type w:val="bbPlcHdr"/>
        </w:types>
        <w:behaviors>
          <w:behavior w:val="content"/>
        </w:behaviors>
        <w:guid w:val="{384AD902-E832-4317-9D75-85946091AED8}"/>
      </w:docPartPr>
      <w:docPartBody>
        <w:p w:rsidR="00964BDD" w:rsidRDefault="00964BDD" w:rsidP="00964BDD">
          <w:pPr>
            <w:pStyle w:val="BE451537E6C440DDA5AC42DA75B8A4112"/>
          </w:pPr>
          <w:r w:rsidRPr="003D4CE7">
            <w:rPr>
              <w:rFonts w:ascii="Arial" w:hAnsi="Arial" w:cs="Arial"/>
              <w:i/>
              <w:color w:val="auto"/>
              <w:sz w:val="20"/>
              <w:szCs w:val="20"/>
              <w:highlight w:val="lightGray"/>
            </w:rPr>
            <w:t>[Click or tap here to enter text]</w:t>
          </w:r>
        </w:p>
      </w:docPartBody>
    </w:docPart>
    <w:docPart>
      <w:docPartPr>
        <w:name w:val="10A128DFA8924D15A8D267CE3A6CFFE0"/>
        <w:category>
          <w:name w:val="General"/>
          <w:gallery w:val="placeholder"/>
        </w:category>
        <w:types>
          <w:type w:val="bbPlcHdr"/>
        </w:types>
        <w:behaviors>
          <w:behavior w:val="content"/>
        </w:behaviors>
        <w:guid w:val="{8067A57F-97C1-40C6-B645-BBA7076B4FE7}"/>
      </w:docPartPr>
      <w:docPartBody>
        <w:p w:rsidR="00964BDD" w:rsidRDefault="00964BDD" w:rsidP="00964BDD">
          <w:pPr>
            <w:pStyle w:val="10A128DFA8924D15A8D267CE3A6CFFE02"/>
          </w:pPr>
          <w:r w:rsidRPr="003D4CE7">
            <w:rPr>
              <w:rFonts w:ascii="Arial" w:hAnsi="Arial" w:cs="Arial"/>
              <w:i/>
              <w:color w:val="auto"/>
              <w:sz w:val="20"/>
              <w:szCs w:val="20"/>
              <w:highlight w:val="lightGray"/>
            </w:rPr>
            <w:t>[Click or tap here to enter text]</w:t>
          </w:r>
        </w:p>
      </w:docPartBody>
    </w:docPart>
    <w:docPart>
      <w:docPartPr>
        <w:name w:val="B0D2D52A7C6B45E488AC8E430B791208"/>
        <w:category>
          <w:name w:val="General"/>
          <w:gallery w:val="placeholder"/>
        </w:category>
        <w:types>
          <w:type w:val="bbPlcHdr"/>
        </w:types>
        <w:behaviors>
          <w:behavior w:val="content"/>
        </w:behaviors>
        <w:guid w:val="{B869C072-3EBA-4CE2-9BE7-13746E107336}"/>
      </w:docPartPr>
      <w:docPartBody>
        <w:p w:rsidR="00964BDD" w:rsidRDefault="00964BDD" w:rsidP="00964BDD">
          <w:pPr>
            <w:pStyle w:val="B0D2D52A7C6B45E488AC8E430B7912082"/>
          </w:pPr>
          <w:r w:rsidRPr="003D4CE7">
            <w:rPr>
              <w:rFonts w:ascii="Arial" w:hAnsi="Arial" w:cs="Arial"/>
              <w:i/>
              <w:color w:val="auto"/>
              <w:sz w:val="20"/>
              <w:szCs w:val="20"/>
              <w:highlight w:val="lightGray"/>
            </w:rPr>
            <w:t>[Click or tap here to enter text]</w:t>
          </w:r>
        </w:p>
      </w:docPartBody>
    </w:docPart>
    <w:docPart>
      <w:docPartPr>
        <w:name w:val="FEAAD319B2A34055B4472BA762F3A653"/>
        <w:category>
          <w:name w:val="General"/>
          <w:gallery w:val="placeholder"/>
        </w:category>
        <w:types>
          <w:type w:val="bbPlcHdr"/>
        </w:types>
        <w:behaviors>
          <w:behavior w:val="content"/>
        </w:behaviors>
        <w:guid w:val="{5D503BBF-8578-4B9C-A395-5B97287DF6C4}"/>
      </w:docPartPr>
      <w:docPartBody>
        <w:p w:rsidR="00964BDD" w:rsidRDefault="00964BDD" w:rsidP="00964BDD">
          <w:pPr>
            <w:pStyle w:val="FEAAD319B2A34055B4472BA762F3A6532"/>
          </w:pPr>
          <w:r w:rsidRPr="003D4CE7">
            <w:rPr>
              <w:rFonts w:ascii="Arial" w:hAnsi="Arial" w:cs="Arial"/>
              <w:i/>
              <w:color w:val="auto"/>
              <w:sz w:val="20"/>
              <w:szCs w:val="20"/>
              <w:highlight w:val="lightGray"/>
            </w:rPr>
            <w:t>[Click or tap here to enter text]</w:t>
          </w:r>
        </w:p>
      </w:docPartBody>
    </w:docPart>
    <w:docPart>
      <w:docPartPr>
        <w:name w:val="5726537B022D489CA966755D19413CA3"/>
        <w:category>
          <w:name w:val="General"/>
          <w:gallery w:val="placeholder"/>
        </w:category>
        <w:types>
          <w:type w:val="bbPlcHdr"/>
        </w:types>
        <w:behaviors>
          <w:behavior w:val="content"/>
        </w:behaviors>
        <w:guid w:val="{CDF4BA9A-E20F-45FA-BC31-0A177BA8E83B}"/>
      </w:docPartPr>
      <w:docPartBody>
        <w:p w:rsidR="00964BDD" w:rsidRDefault="00964BDD" w:rsidP="00964BDD">
          <w:pPr>
            <w:pStyle w:val="5726537B022D489CA966755D19413CA32"/>
          </w:pPr>
          <w:r w:rsidRPr="003D4CE7">
            <w:rPr>
              <w:rFonts w:ascii="Arial" w:hAnsi="Arial" w:cs="Arial"/>
              <w:i/>
              <w:color w:val="auto"/>
              <w:sz w:val="20"/>
              <w:szCs w:val="20"/>
              <w:highlight w:val="lightGray"/>
            </w:rPr>
            <w:t>[Click or tap here to enter text]</w:t>
          </w:r>
        </w:p>
      </w:docPartBody>
    </w:docPart>
    <w:docPart>
      <w:docPartPr>
        <w:name w:val="A5F0C3C6C33E4A67870F7A59A4A0CA51"/>
        <w:category>
          <w:name w:val="General"/>
          <w:gallery w:val="placeholder"/>
        </w:category>
        <w:types>
          <w:type w:val="bbPlcHdr"/>
        </w:types>
        <w:behaviors>
          <w:behavior w:val="content"/>
        </w:behaviors>
        <w:guid w:val="{1A7AE8A1-2AB4-45FD-90A4-27D3B5B38863}"/>
      </w:docPartPr>
      <w:docPartBody>
        <w:p w:rsidR="00964BDD" w:rsidRDefault="00964BDD" w:rsidP="00964BDD">
          <w:pPr>
            <w:pStyle w:val="A5F0C3C6C33E4A67870F7A59A4A0CA512"/>
          </w:pPr>
          <w:r w:rsidRPr="003D4CE7">
            <w:rPr>
              <w:rFonts w:ascii="Arial" w:hAnsi="Arial" w:cs="Arial"/>
              <w:i/>
              <w:color w:val="auto"/>
              <w:sz w:val="20"/>
              <w:szCs w:val="20"/>
              <w:highlight w:val="lightGray"/>
            </w:rPr>
            <w:t>[Click or tap here to enter text]</w:t>
          </w:r>
        </w:p>
      </w:docPartBody>
    </w:docPart>
    <w:docPart>
      <w:docPartPr>
        <w:name w:val="8069467B87124548AACD3E45BB62FBAF"/>
        <w:category>
          <w:name w:val="General"/>
          <w:gallery w:val="placeholder"/>
        </w:category>
        <w:types>
          <w:type w:val="bbPlcHdr"/>
        </w:types>
        <w:behaviors>
          <w:behavior w:val="content"/>
        </w:behaviors>
        <w:guid w:val="{40FA4916-BE84-4EAA-88D6-A072FC3538EF}"/>
      </w:docPartPr>
      <w:docPartBody>
        <w:p w:rsidR="00964BDD" w:rsidRDefault="00964BDD" w:rsidP="00964BDD">
          <w:pPr>
            <w:pStyle w:val="8069467B87124548AACD3E45BB62FBAF2"/>
          </w:pPr>
          <w:r w:rsidRPr="003D4CE7">
            <w:rPr>
              <w:rFonts w:ascii="Arial" w:hAnsi="Arial" w:cs="Arial"/>
              <w:i/>
              <w:color w:val="auto"/>
              <w:sz w:val="20"/>
              <w:szCs w:val="20"/>
              <w:highlight w:val="lightGray"/>
            </w:rPr>
            <w:t>[Click or tap here to enter text]</w:t>
          </w:r>
        </w:p>
      </w:docPartBody>
    </w:docPart>
    <w:docPart>
      <w:docPartPr>
        <w:name w:val="DA30E437F3F840EBA3E27CFEB6A9B337"/>
        <w:category>
          <w:name w:val="General"/>
          <w:gallery w:val="placeholder"/>
        </w:category>
        <w:types>
          <w:type w:val="bbPlcHdr"/>
        </w:types>
        <w:behaviors>
          <w:behavior w:val="content"/>
        </w:behaviors>
        <w:guid w:val="{C3B380F5-5A37-4B3A-B361-79812DB810A1}"/>
      </w:docPartPr>
      <w:docPartBody>
        <w:p w:rsidR="00964BDD" w:rsidRDefault="00964BDD" w:rsidP="00964BDD">
          <w:pPr>
            <w:pStyle w:val="DA30E437F3F840EBA3E27CFEB6A9B3372"/>
          </w:pPr>
          <w:r w:rsidRPr="003D4CE7">
            <w:rPr>
              <w:rFonts w:ascii="Arial" w:hAnsi="Arial" w:cs="Arial"/>
              <w:i/>
              <w:color w:val="auto"/>
              <w:sz w:val="20"/>
              <w:szCs w:val="20"/>
              <w:highlight w:val="lightGray"/>
            </w:rPr>
            <w:t>[Click or tap here to enter text]</w:t>
          </w:r>
        </w:p>
      </w:docPartBody>
    </w:docPart>
    <w:docPart>
      <w:docPartPr>
        <w:name w:val="2C75B7FACC4C4F8ABB3828C333ECEE33"/>
        <w:category>
          <w:name w:val="General"/>
          <w:gallery w:val="placeholder"/>
        </w:category>
        <w:types>
          <w:type w:val="bbPlcHdr"/>
        </w:types>
        <w:behaviors>
          <w:behavior w:val="content"/>
        </w:behaviors>
        <w:guid w:val="{271B0EDC-E9CF-478F-9F99-5BD1111456D5}"/>
      </w:docPartPr>
      <w:docPartBody>
        <w:p w:rsidR="00964BDD" w:rsidRDefault="00964BDD" w:rsidP="00964BDD">
          <w:pPr>
            <w:pStyle w:val="2C75B7FACC4C4F8ABB3828C333ECEE332"/>
          </w:pPr>
          <w:r w:rsidRPr="003D4CE7">
            <w:rPr>
              <w:rFonts w:ascii="Arial" w:hAnsi="Arial" w:cs="Arial"/>
              <w:i/>
              <w:color w:val="auto"/>
              <w:sz w:val="20"/>
              <w:szCs w:val="20"/>
              <w:highlight w:val="lightGray"/>
            </w:rPr>
            <w:t>[Click or tap here to enter text]</w:t>
          </w:r>
        </w:p>
      </w:docPartBody>
    </w:docPart>
    <w:docPart>
      <w:docPartPr>
        <w:name w:val="E0571ED4967C4277B473EAB615F41C32"/>
        <w:category>
          <w:name w:val="General"/>
          <w:gallery w:val="placeholder"/>
        </w:category>
        <w:types>
          <w:type w:val="bbPlcHdr"/>
        </w:types>
        <w:behaviors>
          <w:behavior w:val="content"/>
        </w:behaviors>
        <w:guid w:val="{340657A6-D3F0-469F-B40A-D8B222B6651B}"/>
      </w:docPartPr>
      <w:docPartBody>
        <w:p w:rsidR="00964BDD" w:rsidRDefault="00964BDD" w:rsidP="00964BDD">
          <w:pPr>
            <w:pStyle w:val="E0571ED4967C4277B473EAB615F41C322"/>
          </w:pPr>
          <w:r w:rsidRPr="003D4CE7">
            <w:rPr>
              <w:rFonts w:ascii="Arial" w:hAnsi="Arial" w:cs="Arial"/>
              <w:i/>
              <w:color w:val="auto"/>
              <w:sz w:val="20"/>
              <w:szCs w:val="20"/>
              <w:highlight w:val="lightGray"/>
            </w:rPr>
            <w:t>[Click or tap here to enter text]</w:t>
          </w:r>
        </w:p>
      </w:docPartBody>
    </w:docPart>
    <w:docPart>
      <w:docPartPr>
        <w:name w:val="D821D76B43E94894A38609C8EBC41499"/>
        <w:category>
          <w:name w:val="General"/>
          <w:gallery w:val="placeholder"/>
        </w:category>
        <w:types>
          <w:type w:val="bbPlcHdr"/>
        </w:types>
        <w:behaviors>
          <w:behavior w:val="content"/>
        </w:behaviors>
        <w:guid w:val="{56EB159F-F460-40E5-83EE-90B05C55D047}"/>
      </w:docPartPr>
      <w:docPartBody>
        <w:p w:rsidR="00964BDD" w:rsidRDefault="00964BDD" w:rsidP="00964BDD">
          <w:pPr>
            <w:pStyle w:val="D821D76B43E94894A38609C8EBC414992"/>
          </w:pPr>
          <w:r w:rsidRPr="003D4CE7">
            <w:rPr>
              <w:rFonts w:ascii="Arial" w:hAnsi="Arial" w:cs="Arial"/>
              <w:i/>
              <w:color w:val="auto"/>
              <w:sz w:val="20"/>
              <w:szCs w:val="20"/>
              <w:highlight w:val="lightGray"/>
            </w:rPr>
            <w:t>[Click or tap here to enter text]</w:t>
          </w:r>
        </w:p>
      </w:docPartBody>
    </w:docPart>
    <w:docPart>
      <w:docPartPr>
        <w:name w:val="F220C36EEC20451D8FBFCCAE20002E32"/>
        <w:category>
          <w:name w:val="General"/>
          <w:gallery w:val="placeholder"/>
        </w:category>
        <w:types>
          <w:type w:val="bbPlcHdr"/>
        </w:types>
        <w:behaviors>
          <w:behavior w:val="content"/>
        </w:behaviors>
        <w:guid w:val="{2EB64243-DB7A-4BD4-A578-610D5CA785F2}"/>
      </w:docPartPr>
      <w:docPartBody>
        <w:p w:rsidR="00964BDD" w:rsidRDefault="00964BDD" w:rsidP="00964BDD">
          <w:pPr>
            <w:pStyle w:val="F220C36EEC20451D8FBFCCAE20002E322"/>
          </w:pPr>
          <w:r w:rsidRPr="003D4CE7">
            <w:rPr>
              <w:rFonts w:ascii="Arial" w:hAnsi="Arial" w:cs="Arial"/>
              <w:i/>
              <w:color w:val="auto"/>
              <w:sz w:val="20"/>
              <w:szCs w:val="20"/>
              <w:highlight w:val="lightGray"/>
            </w:rPr>
            <w:t>[Click or tap here to enter text]</w:t>
          </w:r>
        </w:p>
      </w:docPartBody>
    </w:docPart>
    <w:docPart>
      <w:docPartPr>
        <w:name w:val="DC8720809E5E4513B447B7BBC70E7019"/>
        <w:category>
          <w:name w:val="General"/>
          <w:gallery w:val="placeholder"/>
        </w:category>
        <w:types>
          <w:type w:val="bbPlcHdr"/>
        </w:types>
        <w:behaviors>
          <w:behavior w:val="content"/>
        </w:behaviors>
        <w:guid w:val="{C2CD6651-C815-46A9-A624-E45E160805F3}"/>
      </w:docPartPr>
      <w:docPartBody>
        <w:p w:rsidR="00964BDD" w:rsidRDefault="00964BDD" w:rsidP="00964BDD">
          <w:pPr>
            <w:pStyle w:val="DC8720809E5E4513B447B7BBC70E70192"/>
          </w:pPr>
          <w:r w:rsidRPr="003D4CE7">
            <w:rPr>
              <w:rFonts w:ascii="Arial" w:hAnsi="Arial" w:cs="Arial"/>
              <w:i/>
              <w:color w:val="auto"/>
              <w:sz w:val="20"/>
              <w:szCs w:val="20"/>
              <w:highlight w:val="lightGray"/>
            </w:rPr>
            <w:t>[Click or tap here to enter text]</w:t>
          </w:r>
        </w:p>
      </w:docPartBody>
    </w:docPart>
    <w:docPart>
      <w:docPartPr>
        <w:name w:val="0EB9CB59479E4A2EB1184CD083DB88CD"/>
        <w:category>
          <w:name w:val="General"/>
          <w:gallery w:val="placeholder"/>
        </w:category>
        <w:types>
          <w:type w:val="bbPlcHdr"/>
        </w:types>
        <w:behaviors>
          <w:behavior w:val="content"/>
        </w:behaviors>
        <w:guid w:val="{73D2C09F-58D6-4630-A2BC-246EDA4CEC9D}"/>
      </w:docPartPr>
      <w:docPartBody>
        <w:p w:rsidR="00964BDD" w:rsidRDefault="00964BDD" w:rsidP="00964BDD">
          <w:pPr>
            <w:pStyle w:val="0EB9CB59479E4A2EB1184CD083DB88CD2"/>
          </w:pPr>
          <w:r w:rsidRPr="003D4CE7">
            <w:rPr>
              <w:rFonts w:ascii="Arial" w:hAnsi="Arial" w:cs="Arial"/>
              <w:i/>
              <w:color w:val="auto"/>
              <w:sz w:val="20"/>
              <w:szCs w:val="20"/>
              <w:highlight w:val="lightGray"/>
            </w:rPr>
            <w:t>[Click or tap here to enter text]</w:t>
          </w:r>
        </w:p>
      </w:docPartBody>
    </w:docPart>
    <w:docPart>
      <w:docPartPr>
        <w:name w:val="C908B632886C4174A68F7A0E4F47E56C"/>
        <w:category>
          <w:name w:val="General"/>
          <w:gallery w:val="placeholder"/>
        </w:category>
        <w:types>
          <w:type w:val="bbPlcHdr"/>
        </w:types>
        <w:behaviors>
          <w:behavior w:val="content"/>
        </w:behaviors>
        <w:guid w:val="{8181B90A-6BD7-4EB0-B20C-C0F27CE76A25}"/>
      </w:docPartPr>
      <w:docPartBody>
        <w:p w:rsidR="00964BDD" w:rsidRDefault="00964BDD" w:rsidP="00964BDD">
          <w:pPr>
            <w:pStyle w:val="C908B632886C4174A68F7A0E4F47E56C2"/>
          </w:pPr>
          <w:r w:rsidRPr="003D4CE7">
            <w:rPr>
              <w:rFonts w:ascii="Arial" w:hAnsi="Arial" w:cs="Arial"/>
              <w:i/>
              <w:color w:val="auto"/>
              <w:sz w:val="20"/>
              <w:szCs w:val="20"/>
              <w:highlight w:val="lightGray"/>
            </w:rPr>
            <w:t>[Click or tap here to enter text]</w:t>
          </w:r>
        </w:p>
      </w:docPartBody>
    </w:docPart>
    <w:docPart>
      <w:docPartPr>
        <w:name w:val="E61B840CEA0B412682B4845CAC87FD35"/>
        <w:category>
          <w:name w:val="General"/>
          <w:gallery w:val="placeholder"/>
        </w:category>
        <w:types>
          <w:type w:val="bbPlcHdr"/>
        </w:types>
        <w:behaviors>
          <w:behavior w:val="content"/>
        </w:behaviors>
        <w:guid w:val="{08D3AEAD-B3C6-4F07-920A-73E415D935EA}"/>
      </w:docPartPr>
      <w:docPartBody>
        <w:p w:rsidR="00964BDD" w:rsidRDefault="00964BDD" w:rsidP="00964BDD">
          <w:pPr>
            <w:pStyle w:val="E61B840CEA0B412682B4845CAC87FD352"/>
          </w:pPr>
          <w:r w:rsidRPr="003D4CE7">
            <w:rPr>
              <w:rFonts w:ascii="Arial" w:hAnsi="Arial" w:cs="Arial"/>
              <w:i/>
              <w:color w:val="auto"/>
              <w:sz w:val="20"/>
              <w:szCs w:val="20"/>
              <w:highlight w:val="lightGray"/>
            </w:rPr>
            <w:t>[Click or tap here to enter text]</w:t>
          </w:r>
        </w:p>
      </w:docPartBody>
    </w:docPart>
    <w:docPart>
      <w:docPartPr>
        <w:name w:val="B3BC66D2CD9D4C15AB1B9772BB3C11F8"/>
        <w:category>
          <w:name w:val="General"/>
          <w:gallery w:val="placeholder"/>
        </w:category>
        <w:types>
          <w:type w:val="bbPlcHdr"/>
        </w:types>
        <w:behaviors>
          <w:behavior w:val="content"/>
        </w:behaviors>
        <w:guid w:val="{D568C223-9D84-4E7E-AD97-C6234607B500}"/>
      </w:docPartPr>
      <w:docPartBody>
        <w:p w:rsidR="00964BDD" w:rsidRDefault="00964BDD" w:rsidP="00964BDD">
          <w:pPr>
            <w:pStyle w:val="B3BC66D2CD9D4C15AB1B9772BB3C11F82"/>
          </w:pPr>
          <w:r w:rsidRPr="003D4CE7">
            <w:rPr>
              <w:rFonts w:ascii="Arial" w:hAnsi="Arial" w:cs="Arial"/>
              <w:i/>
              <w:color w:val="auto"/>
              <w:sz w:val="20"/>
              <w:szCs w:val="20"/>
              <w:highlight w:val="lightGray"/>
            </w:rPr>
            <w:t>[Click or tap here to enter text]</w:t>
          </w:r>
        </w:p>
      </w:docPartBody>
    </w:docPart>
    <w:docPart>
      <w:docPartPr>
        <w:name w:val="068044BA58514DE690DC0DE1D16B5B49"/>
        <w:category>
          <w:name w:val="General"/>
          <w:gallery w:val="placeholder"/>
        </w:category>
        <w:types>
          <w:type w:val="bbPlcHdr"/>
        </w:types>
        <w:behaviors>
          <w:behavior w:val="content"/>
        </w:behaviors>
        <w:guid w:val="{4626DA7F-1D97-46E3-B56F-13F63BFBFBA1}"/>
      </w:docPartPr>
      <w:docPartBody>
        <w:p w:rsidR="00964BDD" w:rsidRDefault="00964BDD" w:rsidP="00964BDD">
          <w:pPr>
            <w:pStyle w:val="068044BA58514DE690DC0DE1D16B5B492"/>
          </w:pPr>
          <w:r w:rsidRPr="003D4CE7">
            <w:rPr>
              <w:rFonts w:ascii="Arial" w:hAnsi="Arial" w:cs="Arial"/>
              <w:i/>
              <w:color w:val="auto"/>
              <w:sz w:val="20"/>
              <w:szCs w:val="20"/>
              <w:highlight w:val="lightGray"/>
            </w:rPr>
            <w:t>[Click or tap here to enter text]</w:t>
          </w:r>
        </w:p>
      </w:docPartBody>
    </w:docPart>
    <w:docPart>
      <w:docPartPr>
        <w:name w:val="A4C59D94C80C4E5BAAD4EC917D89B708"/>
        <w:category>
          <w:name w:val="General"/>
          <w:gallery w:val="placeholder"/>
        </w:category>
        <w:types>
          <w:type w:val="bbPlcHdr"/>
        </w:types>
        <w:behaviors>
          <w:behavior w:val="content"/>
        </w:behaviors>
        <w:guid w:val="{2EE236F5-E5BB-4C09-90CA-140E704763CF}"/>
      </w:docPartPr>
      <w:docPartBody>
        <w:p w:rsidR="00964BDD" w:rsidRDefault="00964BDD" w:rsidP="00964BDD">
          <w:pPr>
            <w:pStyle w:val="A4C59D94C80C4E5BAAD4EC917D89B7082"/>
          </w:pPr>
          <w:r w:rsidRPr="003D4CE7">
            <w:rPr>
              <w:rFonts w:ascii="Arial" w:hAnsi="Arial" w:cs="Arial"/>
              <w:i/>
              <w:color w:val="auto"/>
              <w:sz w:val="20"/>
              <w:szCs w:val="20"/>
              <w:highlight w:val="lightGray"/>
            </w:rPr>
            <w:t>[Click or tap here to enter text]</w:t>
          </w:r>
        </w:p>
      </w:docPartBody>
    </w:docPart>
    <w:docPart>
      <w:docPartPr>
        <w:name w:val="9CEC6A45F4194F37B3C6B16EA88F80DF"/>
        <w:category>
          <w:name w:val="General"/>
          <w:gallery w:val="placeholder"/>
        </w:category>
        <w:types>
          <w:type w:val="bbPlcHdr"/>
        </w:types>
        <w:behaviors>
          <w:behavior w:val="content"/>
        </w:behaviors>
        <w:guid w:val="{E9405C97-4A55-4B92-95B5-DA4C34D8782F}"/>
      </w:docPartPr>
      <w:docPartBody>
        <w:p w:rsidR="00964BDD" w:rsidRDefault="00964BDD" w:rsidP="00964BDD">
          <w:pPr>
            <w:pStyle w:val="9CEC6A45F4194F37B3C6B16EA88F80DF2"/>
          </w:pPr>
          <w:r w:rsidRPr="003D4CE7">
            <w:rPr>
              <w:rFonts w:ascii="Arial" w:hAnsi="Arial" w:cs="Arial"/>
              <w:i/>
              <w:color w:val="auto"/>
              <w:sz w:val="20"/>
              <w:szCs w:val="20"/>
              <w:highlight w:val="lightGray"/>
            </w:rPr>
            <w:t>[Click or tap here to enter text]</w:t>
          </w:r>
        </w:p>
      </w:docPartBody>
    </w:docPart>
    <w:docPart>
      <w:docPartPr>
        <w:name w:val="2C5D9FBF9A444B469AEC4B3F8DC8A27A"/>
        <w:category>
          <w:name w:val="General"/>
          <w:gallery w:val="placeholder"/>
        </w:category>
        <w:types>
          <w:type w:val="bbPlcHdr"/>
        </w:types>
        <w:behaviors>
          <w:behavior w:val="content"/>
        </w:behaviors>
        <w:guid w:val="{0C94DB86-D629-4074-930F-E78F057E8430}"/>
      </w:docPartPr>
      <w:docPartBody>
        <w:p w:rsidR="00964BDD" w:rsidRDefault="00964BDD" w:rsidP="00964BDD">
          <w:pPr>
            <w:pStyle w:val="2C5D9FBF9A444B469AEC4B3F8DC8A27A2"/>
          </w:pPr>
          <w:r w:rsidRPr="003D4CE7">
            <w:rPr>
              <w:rFonts w:ascii="Arial" w:hAnsi="Arial" w:cs="Arial"/>
              <w:i/>
              <w:color w:val="auto"/>
              <w:sz w:val="20"/>
              <w:szCs w:val="20"/>
              <w:highlight w:val="lightGray"/>
            </w:rPr>
            <w:t>[Click or tap here to enter text]</w:t>
          </w:r>
        </w:p>
      </w:docPartBody>
    </w:docPart>
    <w:docPart>
      <w:docPartPr>
        <w:name w:val="95887722AED541F48E043101B9D16C78"/>
        <w:category>
          <w:name w:val="General"/>
          <w:gallery w:val="placeholder"/>
        </w:category>
        <w:types>
          <w:type w:val="bbPlcHdr"/>
        </w:types>
        <w:behaviors>
          <w:behavior w:val="content"/>
        </w:behaviors>
        <w:guid w:val="{872AB2DF-78DD-4B71-BE96-C1C2BCEF5421}"/>
      </w:docPartPr>
      <w:docPartBody>
        <w:p w:rsidR="00964BDD" w:rsidRDefault="00964BDD" w:rsidP="00964BDD">
          <w:pPr>
            <w:pStyle w:val="95887722AED541F48E043101B9D16C782"/>
          </w:pPr>
          <w:r w:rsidRPr="003D4CE7">
            <w:rPr>
              <w:rFonts w:ascii="Arial" w:hAnsi="Arial" w:cs="Arial"/>
              <w:i/>
              <w:color w:val="auto"/>
              <w:sz w:val="20"/>
              <w:szCs w:val="20"/>
              <w:highlight w:val="lightGray"/>
            </w:rPr>
            <w:t>[Click or tap here to enter text]</w:t>
          </w:r>
        </w:p>
      </w:docPartBody>
    </w:docPart>
    <w:docPart>
      <w:docPartPr>
        <w:name w:val="8DF92F553B704F0EB6D55EAA173833DA"/>
        <w:category>
          <w:name w:val="General"/>
          <w:gallery w:val="placeholder"/>
        </w:category>
        <w:types>
          <w:type w:val="bbPlcHdr"/>
        </w:types>
        <w:behaviors>
          <w:behavior w:val="content"/>
        </w:behaviors>
        <w:guid w:val="{535571CE-0E64-461A-9F21-07D6096C5EB4}"/>
      </w:docPartPr>
      <w:docPartBody>
        <w:p w:rsidR="00964BDD" w:rsidRDefault="00964BDD" w:rsidP="00964BDD">
          <w:pPr>
            <w:pStyle w:val="8DF92F553B704F0EB6D55EAA173833DA2"/>
          </w:pPr>
          <w:r w:rsidRPr="003D4CE7">
            <w:rPr>
              <w:rFonts w:ascii="Arial" w:hAnsi="Arial" w:cs="Arial"/>
              <w:i/>
              <w:color w:val="auto"/>
              <w:sz w:val="20"/>
              <w:szCs w:val="20"/>
              <w:highlight w:val="lightGray"/>
            </w:rPr>
            <w:t>[Click or tap here to enter text]</w:t>
          </w:r>
        </w:p>
      </w:docPartBody>
    </w:docPart>
    <w:docPart>
      <w:docPartPr>
        <w:name w:val="EBBD8A2FDB2F4AFA85DE6893E13A4328"/>
        <w:category>
          <w:name w:val="General"/>
          <w:gallery w:val="placeholder"/>
        </w:category>
        <w:types>
          <w:type w:val="bbPlcHdr"/>
        </w:types>
        <w:behaviors>
          <w:behavior w:val="content"/>
        </w:behaviors>
        <w:guid w:val="{1C260290-5315-4285-A43F-79C00D514E75}"/>
      </w:docPartPr>
      <w:docPartBody>
        <w:p w:rsidR="00964BDD" w:rsidRDefault="00964BDD" w:rsidP="00964BDD">
          <w:pPr>
            <w:pStyle w:val="EBBD8A2FDB2F4AFA85DE6893E13A43282"/>
          </w:pPr>
          <w:r w:rsidRPr="003D4CE7">
            <w:rPr>
              <w:rFonts w:ascii="Arial" w:hAnsi="Arial" w:cs="Arial"/>
              <w:i/>
              <w:color w:val="auto"/>
              <w:sz w:val="20"/>
              <w:szCs w:val="20"/>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10"/>
    <w:rsid w:val="00303B16"/>
    <w:rsid w:val="005207CA"/>
    <w:rsid w:val="00964BDD"/>
    <w:rsid w:val="00AB1A55"/>
    <w:rsid w:val="00CE2010"/>
    <w:rsid w:val="00F46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7948DE004D47FFAF4176695BC018EE">
    <w:name w:val="5A7948DE004D47FFAF4176695BC018EE"/>
    <w:rsid w:val="00CE2010"/>
    <w:pPr>
      <w:spacing w:after="200" w:line="276" w:lineRule="auto"/>
    </w:pPr>
    <w:rPr>
      <w:rFonts w:ascii="Calibri" w:hAnsi="Calibri"/>
      <w:color w:val="333333"/>
    </w:rPr>
  </w:style>
  <w:style w:type="paragraph" w:customStyle="1" w:styleId="02DF6121B1F74C92A63755B6AD617C3F">
    <w:name w:val="02DF6121B1F74C92A63755B6AD617C3F"/>
    <w:rsid w:val="00CE2010"/>
    <w:pPr>
      <w:spacing w:after="200" w:line="276" w:lineRule="auto"/>
    </w:pPr>
    <w:rPr>
      <w:rFonts w:ascii="Calibri" w:hAnsi="Calibri"/>
      <w:color w:val="333333"/>
    </w:rPr>
  </w:style>
  <w:style w:type="paragraph" w:customStyle="1" w:styleId="0C2C7E785B0C45269B069A0742CDED34">
    <w:name w:val="0C2C7E785B0C45269B069A0742CDED34"/>
    <w:rsid w:val="00CE2010"/>
    <w:pPr>
      <w:spacing w:after="200" w:line="276" w:lineRule="auto"/>
    </w:pPr>
    <w:rPr>
      <w:rFonts w:ascii="Calibri" w:hAnsi="Calibri"/>
      <w:color w:val="333333"/>
    </w:rPr>
  </w:style>
  <w:style w:type="paragraph" w:customStyle="1" w:styleId="038BB7535E9043B1ADD46B8D62EEC88E">
    <w:name w:val="038BB7535E9043B1ADD46B8D62EEC88E"/>
    <w:rsid w:val="00CE2010"/>
    <w:pPr>
      <w:spacing w:after="200" w:line="276" w:lineRule="auto"/>
    </w:pPr>
    <w:rPr>
      <w:rFonts w:ascii="Calibri" w:hAnsi="Calibri"/>
      <w:color w:val="333333"/>
    </w:rPr>
  </w:style>
  <w:style w:type="paragraph" w:customStyle="1" w:styleId="B4F89C6AA9C4426DBB81E12B3E77D215">
    <w:name w:val="B4F89C6AA9C4426DBB81E12B3E77D215"/>
    <w:rsid w:val="00CE2010"/>
    <w:pPr>
      <w:spacing w:after="200" w:line="276" w:lineRule="auto"/>
    </w:pPr>
    <w:rPr>
      <w:rFonts w:ascii="Calibri" w:hAnsi="Calibri"/>
      <w:color w:val="333333"/>
    </w:rPr>
  </w:style>
  <w:style w:type="paragraph" w:customStyle="1" w:styleId="DC1C75719698408A81B78C7CD33FEA88">
    <w:name w:val="DC1C75719698408A81B78C7CD33FEA88"/>
    <w:rsid w:val="00CE2010"/>
    <w:pPr>
      <w:spacing w:after="200" w:line="276" w:lineRule="auto"/>
    </w:pPr>
    <w:rPr>
      <w:rFonts w:ascii="Calibri" w:hAnsi="Calibri"/>
      <w:color w:val="333333"/>
    </w:rPr>
  </w:style>
  <w:style w:type="paragraph" w:customStyle="1" w:styleId="6E8CC219EF82490D84628C687AC696CD">
    <w:name w:val="6E8CC219EF82490D84628C687AC696CD"/>
    <w:rsid w:val="00CE2010"/>
    <w:pPr>
      <w:spacing w:after="200" w:line="276" w:lineRule="auto"/>
    </w:pPr>
    <w:rPr>
      <w:rFonts w:ascii="Calibri" w:hAnsi="Calibri"/>
      <w:color w:val="333333"/>
    </w:rPr>
  </w:style>
  <w:style w:type="paragraph" w:customStyle="1" w:styleId="1842F7B4F75D43DCB5542C804DA93DEF">
    <w:name w:val="1842F7B4F75D43DCB5542C804DA93DEF"/>
    <w:rsid w:val="00CE2010"/>
    <w:pPr>
      <w:spacing w:after="200" w:line="276" w:lineRule="auto"/>
    </w:pPr>
    <w:rPr>
      <w:rFonts w:ascii="Calibri" w:hAnsi="Calibri"/>
      <w:color w:val="333333"/>
    </w:rPr>
  </w:style>
  <w:style w:type="paragraph" w:customStyle="1" w:styleId="D1C07B6618784F48BF75CB827123E76E">
    <w:name w:val="D1C07B6618784F48BF75CB827123E76E"/>
    <w:rsid w:val="00CE2010"/>
    <w:pPr>
      <w:spacing w:after="200" w:line="276" w:lineRule="auto"/>
    </w:pPr>
    <w:rPr>
      <w:rFonts w:ascii="Calibri" w:hAnsi="Calibri"/>
      <w:color w:val="333333"/>
    </w:rPr>
  </w:style>
  <w:style w:type="paragraph" w:customStyle="1" w:styleId="26C156FC9C6540769CC4AC5F3C8379FF">
    <w:name w:val="26C156FC9C6540769CC4AC5F3C8379FF"/>
    <w:rsid w:val="00CE2010"/>
    <w:pPr>
      <w:spacing w:after="200" w:line="276" w:lineRule="auto"/>
    </w:pPr>
    <w:rPr>
      <w:rFonts w:ascii="Calibri" w:hAnsi="Calibri"/>
      <w:color w:val="333333"/>
    </w:rPr>
  </w:style>
  <w:style w:type="paragraph" w:customStyle="1" w:styleId="BE2747CE262F4D80880B4E3D2EF2184D">
    <w:name w:val="BE2747CE262F4D80880B4E3D2EF2184D"/>
    <w:rsid w:val="00CE2010"/>
    <w:pPr>
      <w:spacing w:after="200" w:line="276" w:lineRule="auto"/>
    </w:pPr>
    <w:rPr>
      <w:rFonts w:ascii="Calibri" w:hAnsi="Calibri"/>
      <w:color w:val="333333"/>
    </w:rPr>
  </w:style>
  <w:style w:type="paragraph" w:customStyle="1" w:styleId="04328C927FAC486DA1D9E3F6D8CA1F09">
    <w:name w:val="04328C927FAC486DA1D9E3F6D8CA1F09"/>
    <w:rsid w:val="00CE2010"/>
    <w:pPr>
      <w:spacing w:after="200" w:line="276" w:lineRule="auto"/>
    </w:pPr>
    <w:rPr>
      <w:rFonts w:ascii="Calibri" w:hAnsi="Calibri"/>
      <w:color w:val="333333"/>
    </w:rPr>
  </w:style>
  <w:style w:type="paragraph" w:customStyle="1" w:styleId="40FBDC022F9944CEAE6096278E09757E">
    <w:name w:val="40FBDC022F9944CEAE6096278E09757E"/>
    <w:rsid w:val="00CE2010"/>
    <w:pPr>
      <w:spacing w:after="200" w:line="276" w:lineRule="auto"/>
    </w:pPr>
    <w:rPr>
      <w:rFonts w:ascii="Calibri" w:hAnsi="Calibri"/>
      <w:color w:val="333333"/>
    </w:rPr>
  </w:style>
  <w:style w:type="paragraph" w:customStyle="1" w:styleId="1A563529D926483D95CC60B1D5F8E810">
    <w:name w:val="1A563529D926483D95CC60B1D5F8E810"/>
    <w:rsid w:val="00CE2010"/>
    <w:pPr>
      <w:spacing w:after="200" w:line="276" w:lineRule="auto"/>
    </w:pPr>
    <w:rPr>
      <w:rFonts w:ascii="Calibri" w:hAnsi="Calibri"/>
      <w:color w:val="333333"/>
    </w:rPr>
  </w:style>
  <w:style w:type="paragraph" w:customStyle="1" w:styleId="C6E00C768D084DA2B9B5B32BDFDFB7E6">
    <w:name w:val="C6E00C768D084DA2B9B5B32BDFDFB7E6"/>
    <w:rsid w:val="00CE2010"/>
    <w:pPr>
      <w:spacing w:after="200" w:line="276" w:lineRule="auto"/>
    </w:pPr>
    <w:rPr>
      <w:rFonts w:ascii="Calibri" w:hAnsi="Calibri"/>
      <w:color w:val="333333"/>
    </w:rPr>
  </w:style>
  <w:style w:type="paragraph" w:customStyle="1" w:styleId="15FA06DA94BB4D30BE1E6EA78057B137">
    <w:name w:val="15FA06DA94BB4D30BE1E6EA78057B137"/>
    <w:rsid w:val="00CE2010"/>
    <w:pPr>
      <w:spacing w:after="200" w:line="276" w:lineRule="auto"/>
    </w:pPr>
    <w:rPr>
      <w:rFonts w:ascii="Calibri" w:hAnsi="Calibri"/>
      <w:color w:val="333333"/>
    </w:rPr>
  </w:style>
  <w:style w:type="paragraph" w:customStyle="1" w:styleId="1D4D2C40F68949DCBED31FE66FBE51FB">
    <w:name w:val="1D4D2C40F68949DCBED31FE66FBE51FB"/>
    <w:rsid w:val="00CE2010"/>
    <w:pPr>
      <w:spacing w:after="200" w:line="276" w:lineRule="auto"/>
    </w:pPr>
    <w:rPr>
      <w:rFonts w:ascii="Calibri" w:hAnsi="Calibri"/>
      <w:color w:val="333333"/>
    </w:rPr>
  </w:style>
  <w:style w:type="paragraph" w:customStyle="1" w:styleId="440F73DA21D0444EBD1CCF87031E2D7B">
    <w:name w:val="440F73DA21D0444EBD1CCF87031E2D7B"/>
    <w:rsid w:val="00CE2010"/>
    <w:pPr>
      <w:spacing w:after="200" w:line="276" w:lineRule="auto"/>
    </w:pPr>
    <w:rPr>
      <w:rFonts w:ascii="Calibri" w:hAnsi="Calibri"/>
      <w:color w:val="333333"/>
    </w:rPr>
  </w:style>
  <w:style w:type="paragraph" w:customStyle="1" w:styleId="B4BD6C28976E47F4AB1FC6B7FDA97869">
    <w:name w:val="B4BD6C28976E47F4AB1FC6B7FDA97869"/>
    <w:rsid w:val="00CE2010"/>
    <w:pPr>
      <w:spacing w:after="200" w:line="276" w:lineRule="auto"/>
    </w:pPr>
    <w:rPr>
      <w:rFonts w:ascii="Calibri" w:hAnsi="Calibri"/>
      <w:color w:val="333333"/>
    </w:rPr>
  </w:style>
  <w:style w:type="paragraph" w:customStyle="1" w:styleId="EEC7801797484372A30C4E32651B2C8B">
    <w:name w:val="EEC7801797484372A30C4E32651B2C8B"/>
    <w:rsid w:val="00CE2010"/>
    <w:pPr>
      <w:spacing w:after="200" w:line="276" w:lineRule="auto"/>
    </w:pPr>
    <w:rPr>
      <w:rFonts w:ascii="Calibri" w:hAnsi="Calibri"/>
      <w:color w:val="333333"/>
    </w:rPr>
  </w:style>
  <w:style w:type="paragraph" w:customStyle="1" w:styleId="B42CE04786B4475DBFE62C32EF4112D3">
    <w:name w:val="B42CE04786B4475DBFE62C32EF4112D3"/>
    <w:rsid w:val="00CE2010"/>
    <w:pPr>
      <w:spacing w:after="200" w:line="276" w:lineRule="auto"/>
    </w:pPr>
    <w:rPr>
      <w:rFonts w:ascii="Calibri" w:hAnsi="Calibri"/>
      <w:color w:val="333333"/>
    </w:rPr>
  </w:style>
  <w:style w:type="paragraph" w:customStyle="1" w:styleId="5BD3E84978D046A889416B486157868C">
    <w:name w:val="5BD3E84978D046A889416B486157868C"/>
    <w:rsid w:val="00CE2010"/>
    <w:pPr>
      <w:spacing w:after="200" w:line="276" w:lineRule="auto"/>
    </w:pPr>
    <w:rPr>
      <w:rFonts w:ascii="Calibri" w:hAnsi="Calibri"/>
      <w:color w:val="333333"/>
    </w:rPr>
  </w:style>
  <w:style w:type="paragraph" w:customStyle="1" w:styleId="BBAB08F3B97647CFA847885CE604ACDF">
    <w:name w:val="BBAB08F3B97647CFA847885CE604ACDF"/>
    <w:rsid w:val="00CE2010"/>
    <w:pPr>
      <w:spacing w:after="200" w:line="276" w:lineRule="auto"/>
    </w:pPr>
    <w:rPr>
      <w:rFonts w:ascii="Calibri" w:hAnsi="Calibri"/>
      <w:color w:val="333333"/>
    </w:rPr>
  </w:style>
  <w:style w:type="paragraph" w:customStyle="1" w:styleId="C07AF762E81744399DA9252E0E412D51">
    <w:name w:val="C07AF762E81744399DA9252E0E412D51"/>
    <w:rsid w:val="00CE2010"/>
    <w:pPr>
      <w:spacing w:after="200" w:line="276" w:lineRule="auto"/>
    </w:pPr>
    <w:rPr>
      <w:rFonts w:ascii="Calibri" w:hAnsi="Calibri"/>
      <w:color w:val="333333"/>
    </w:rPr>
  </w:style>
  <w:style w:type="paragraph" w:customStyle="1" w:styleId="EDF9E5BF675B45F5A8F1A3CAE71CFB7A">
    <w:name w:val="EDF9E5BF675B45F5A8F1A3CAE71CFB7A"/>
    <w:rsid w:val="00CE2010"/>
    <w:pPr>
      <w:spacing w:after="200" w:line="276" w:lineRule="auto"/>
    </w:pPr>
    <w:rPr>
      <w:rFonts w:ascii="Calibri" w:hAnsi="Calibri"/>
      <w:color w:val="333333"/>
    </w:rPr>
  </w:style>
  <w:style w:type="paragraph" w:customStyle="1" w:styleId="B701F57596DA4AE7B58BA551CF23B05E">
    <w:name w:val="B701F57596DA4AE7B58BA551CF23B05E"/>
    <w:rsid w:val="00CE2010"/>
    <w:pPr>
      <w:spacing w:after="200" w:line="276" w:lineRule="auto"/>
    </w:pPr>
    <w:rPr>
      <w:rFonts w:ascii="Calibri" w:hAnsi="Calibri"/>
      <w:color w:val="333333"/>
    </w:rPr>
  </w:style>
  <w:style w:type="paragraph" w:customStyle="1" w:styleId="CE6A0BCD3C9A4123A654449359F7FACC">
    <w:name w:val="CE6A0BCD3C9A4123A654449359F7FACC"/>
    <w:rsid w:val="00CE2010"/>
    <w:pPr>
      <w:spacing w:after="200" w:line="276" w:lineRule="auto"/>
    </w:pPr>
    <w:rPr>
      <w:rFonts w:ascii="Calibri" w:hAnsi="Calibri"/>
      <w:color w:val="333333"/>
    </w:rPr>
  </w:style>
  <w:style w:type="paragraph" w:customStyle="1" w:styleId="17A1E4B47BFA49888C5251B0C4DA498D">
    <w:name w:val="17A1E4B47BFA49888C5251B0C4DA498D"/>
    <w:rsid w:val="00CE2010"/>
    <w:pPr>
      <w:spacing w:after="200" w:line="276" w:lineRule="auto"/>
    </w:pPr>
    <w:rPr>
      <w:rFonts w:ascii="Calibri" w:hAnsi="Calibri"/>
      <w:color w:val="333333"/>
    </w:rPr>
  </w:style>
  <w:style w:type="paragraph" w:customStyle="1" w:styleId="F3A33D681798467D89B6D901CEF30E1B">
    <w:name w:val="F3A33D681798467D89B6D901CEF30E1B"/>
    <w:rsid w:val="00CE2010"/>
    <w:pPr>
      <w:spacing w:after="200" w:line="276" w:lineRule="auto"/>
    </w:pPr>
    <w:rPr>
      <w:rFonts w:ascii="Calibri" w:hAnsi="Calibri"/>
      <w:color w:val="333333"/>
    </w:rPr>
  </w:style>
  <w:style w:type="paragraph" w:customStyle="1" w:styleId="4D29FB89B03F439DA175FBCE27EA1036">
    <w:name w:val="4D29FB89B03F439DA175FBCE27EA1036"/>
    <w:rsid w:val="00CE2010"/>
    <w:pPr>
      <w:spacing w:after="200" w:line="276" w:lineRule="auto"/>
    </w:pPr>
    <w:rPr>
      <w:rFonts w:ascii="Calibri" w:hAnsi="Calibri"/>
      <w:color w:val="333333"/>
    </w:rPr>
  </w:style>
  <w:style w:type="paragraph" w:customStyle="1" w:styleId="3C93F572B717457786F958FC35024000">
    <w:name w:val="3C93F572B717457786F958FC35024000"/>
    <w:rsid w:val="00CE2010"/>
    <w:pPr>
      <w:spacing w:after="200" w:line="276" w:lineRule="auto"/>
    </w:pPr>
    <w:rPr>
      <w:rFonts w:ascii="Calibri" w:hAnsi="Calibri"/>
      <w:color w:val="333333"/>
    </w:rPr>
  </w:style>
  <w:style w:type="paragraph" w:customStyle="1" w:styleId="EB4D490ABCF046AAB6395706FE316601">
    <w:name w:val="EB4D490ABCF046AAB6395706FE316601"/>
    <w:rsid w:val="00CE2010"/>
    <w:pPr>
      <w:spacing w:after="200" w:line="276" w:lineRule="auto"/>
    </w:pPr>
    <w:rPr>
      <w:rFonts w:ascii="Calibri" w:hAnsi="Calibri"/>
      <w:color w:val="333333"/>
    </w:rPr>
  </w:style>
  <w:style w:type="paragraph" w:customStyle="1" w:styleId="FDCC4BEA4B7947AE97D93A58D117EB7C">
    <w:name w:val="FDCC4BEA4B7947AE97D93A58D117EB7C"/>
    <w:rsid w:val="00CE2010"/>
    <w:pPr>
      <w:spacing w:after="200" w:line="276" w:lineRule="auto"/>
    </w:pPr>
    <w:rPr>
      <w:rFonts w:ascii="Calibri" w:hAnsi="Calibri"/>
      <w:color w:val="333333"/>
    </w:rPr>
  </w:style>
  <w:style w:type="character" w:styleId="PlaceholderText">
    <w:name w:val="Placeholder Text"/>
    <w:basedOn w:val="DefaultParagraphFont"/>
    <w:uiPriority w:val="99"/>
    <w:semiHidden/>
    <w:rsid w:val="00964BDD"/>
    <w:rPr>
      <w:color w:val="808080"/>
    </w:rPr>
  </w:style>
  <w:style w:type="paragraph" w:customStyle="1" w:styleId="5A7948DE004D47FFAF4176695BC018EE1">
    <w:name w:val="5A7948DE004D47FFAF4176695BC018EE1"/>
    <w:rsid w:val="00CE2010"/>
    <w:pPr>
      <w:spacing w:after="200" w:line="276" w:lineRule="auto"/>
    </w:pPr>
    <w:rPr>
      <w:rFonts w:ascii="Calibri" w:hAnsi="Calibri"/>
      <w:color w:val="333333"/>
    </w:rPr>
  </w:style>
  <w:style w:type="paragraph" w:customStyle="1" w:styleId="02DF6121B1F74C92A63755B6AD617C3F1">
    <w:name w:val="02DF6121B1F74C92A63755B6AD617C3F1"/>
    <w:rsid w:val="00CE2010"/>
    <w:pPr>
      <w:spacing w:after="200" w:line="276" w:lineRule="auto"/>
    </w:pPr>
    <w:rPr>
      <w:rFonts w:ascii="Calibri" w:hAnsi="Calibri"/>
      <w:color w:val="333333"/>
    </w:rPr>
  </w:style>
  <w:style w:type="paragraph" w:customStyle="1" w:styleId="0C2C7E785B0C45269B069A0742CDED341">
    <w:name w:val="0C2C7E785B0C45269B069A0742CDED341"/>
    <w:rsid w:val="00CE2010"/>
    <w:pPr>
      <w:spacing w:after="200" w:line="276" w:lineRule="auto"/>
    </w:pPr>
    <w:rPr>
      <w:rFonts w:ascii="Calibri" w:hAnsi="Calibri"/>
      <w:color w:val="333333"/>
    </w:rPr>
  </w:style>
  <w:style w:type="paragraph" w:customStyle="1" w:styleId="038BB7535E9043B1ADD46B8D62EEC88E1">
    <w:name w:val="038BB7535E9043B1ADD46B8D62EEC88E1"/>
    <w:rsid w:val="00CE2010"/>
    <w:pPr>
      <w:spacing w:after="200" w:line="276" w:lineRule="auto"/>
    </w:pPr>
    <w:rPr>
      <w:rFonts w:ascii="Calibri" w:hAnsi="Calibri"/>
      <w:color w:val="333333"/>
    </w:rPr>
  </w:style>
  <w:style w:type="paragraph" w:customStyle="1" w:styleId="B4F89C6AA9C4426DBB81E12B3E77D2151">
    <w:name w:val="B4F89C6AA9C4426DBB81E12B3E77D2151"/>
    <w:rsid w:val="00CE2010"/>
    <w:pPr>
      <w:spacing w:after="200" w:line="276" w:lineRule="auto"/>
    </w:pPr>
    <w:rPr>
      <w:rFonts w:ascii="Calibri" w:hAnsi="Calibri"/>
      <w:color w:val="333333"/>
    </w:rPr>
  </w:style>
  <w:style w:type="paragraph" w:customStyle="1" w:styleId="DC1C75719698408A81B78C7CD33FEA881">
    <w:name w:val="DC1C75719698408A81B78C7CD33FEA881"/>
    <w:rsid w:val="00CE2010"/>
    <w:pPr>
      <w:spacing w:after="200" w:line="276" w:lineRule="auto"/>
    </w:pPr>
    <w:rPr>
      <w:rFonts w:ascii="Calibri" w:hAnsi="Calibri"/>
      <w:color w:val="333333"/>
    </w:rPr>
  </w:style>
  <w:style w:type="paragraph" w:customStyle="1" w:styleId="6E8CC219EF82490D84628C687AC696CD1">
    <w:name w:val="6E8CC219EF82490D84628C687AC696CD1"/>
    <w:rsid w:val="00CE2010"/>
    <w:pPr>
      <w:spacing w:after="200" w:line="276" w:lineRule="auto"/>
    </w:pPr>
    <w:rPr>
      <w:rFonts w:ascii="Calibri" w:hAnsi="Calibri"/>
      <w:color w:val="333333"/>
    </w:rPr>
  </w:style>
  <w:style w:type="paragraph" w:customStyle="1" w:styleId="1842F7B4F75D43DCB5542C804DA93DEF1">
    <w:name w:val="1842F7B4F75D43DCB5542C804DA93DEF1"/>
    <w:rsid w:val="00CE2010"/>
    <w:pPr>
      <w:spacing w:after="200" w:line="276" w:lineRule="auto"/>
    </w:pPr>
    <w:rPr>
      <w:rFonts w:ascii="Calibri" w:hAnsi="Calibri"/>
      <w:color w:val="333333"/>
    </w:rPr>
  </w:style>
  <w:style w:type="paragraph" w:customStyle="1" w:styleId="D1C07B6618784F48BF75CB827123E76E1">
    <w:name w:val="D1C07B6618784F48BF75CB827123E76E1"/>
    <w:rsid w:val="00CE2010"/>
    <w:pPr>
      <w:spacing w:after="200" w:line="276" w:lineRule="auto"/>
    </w:pPr>
    <w:rPr>
      <w:rFonts w:ascii="Calibri" w:hAnsi="Calibri"/>
      <w:color w:val="333333"/>
    </w:rPr>
  </w:style>
  <w:style w:type="paragraph" w:customStyle="1" w:styleId="26C156FC9C6540769CC4AC5F3C8379FF1">
    <w:name w:val="26C156FC9C6540769CC4AC5F3C8379FF1"/>
    <w:rsid w:val="00CE2010"/>
    <w:pPr>
      <w:spacing w:after="200" w:line="276" w:lineRule="auto"/>
    </w:pPr>
    <w:rPr>
      <w:rFonts w:ascii="Calibri" w:hAnsi="Calibri"/>
      <w:color w:val="333333"/>
    </w:rPr>
  </w:style>
  <w:style w:type="paragraph" w:customStyle="1" w:styleId="BE2747CE262F4D80880B4E3D2EF2184D1">
    <w:name w:val="BE2747CE262F4D80880B4E3D2EF2184D1"/>
    <w:rsid w:val="00CE2010"/>
    <w:pPr>
      <w:spacing w:after="200" w:line="276" w:lineRule="auto"/>
    </w:pPr>
    <w:rPr>
      <w:rFonts w:ascii="Calibri" w:hAnsi="Calibri"/>
      <w:color w:val="333333"/>
    </w:rPr>
  </w:style>
  <w:style w:type="paragraph" w:customStyle="1" w:styleId="04328C927FAC486DA1D9E3F6D8CA1F091">
    <w:name w:val="04328C927FAC486DA1D9E3F6D8CA1F091"/>
    <w:rsid w:val="00CE2010"/>
    <w:pPr>
      <w:spacing w:after="200" w:line="276" w:lineRule="auto"/>
    </w:pPr>
    <w:rPr>
      <w:rFonts w:ascii="Calibri" w:hAnsi="Calibri"/>
      <w:color w:val="333333"/>
    </w:rPr>
  </w:style>
  <w:style w:type="paragraph" w:customStyle="1" w:styleId="40FBDC022F9944CEAE6096278E09757E1">
    <w:name w:val="40FBDC022F9944CEAE6096278E09757E1"/>
    <w:rsid w:val="00CE2010"/>
    <w:pPr>
      <w:spacing w:after="200" w:line="276" w:lineRule="auto"/>
    </w:pPr>
    <w:rPr>
      <w:rFonts w:ascii="Calibri" w:hAnsi="Calibri"/>
      <w:color w:val="333333"/>
    </w:rPr>
  </w:style>
  <w:style w:type="paragraph" w:customStyle="1" w:styleId="1A563529D926483D95CC60B1D5F8E8101">
    <w:name w:val="1A563529D926483D95CC60B1D5F8E8101"/>
    <w:rsid w:val="00CE2010"/>
    <w:pPr>
      <w:spacing w:after="200" w:line="276" w:lineRule="auto"/>
    </w:pPr>
    <w:rPr>
      <w:rFonts w:ascii="Calibri" w:hAnsi="Calibri"/>
      <w:color w:val="333333"/>
    </w:rPr>
  </w:style>
  <w:style w:type="paragraph" w:customStyle="1" w:styleId="C6E00C768D084DA2B9B5B32BDFDFB7E61">
    <w:name w:val="C6E00C768D084DA2B9B5B32BDFDFB7E61"/>
    <w:rsid w:val="00CE2010"/>
    <w:pPr>
      <w:spacing w:after="200" w:line="276" w:lineRule="auto"/>
    </w:pPr>
    <w:rPr>
      <w:rFonts w:ascii="Calibri" w:hAnsi="Calibri"/>
      <w:color w:val="333333"/>
    </w:rPr>
  </w:style>
  <w:style w:type="paragraph" w:customStyle="1" w:styleId="15FA06DA94BB4D30BE1E6EA78057B1371">
    <w:name w:val="15FA06DA94BB4D30BE1E6EA78057B1371"/>
    <w:rsid w:val="00CE2010"/>
    <w:pPr>
      <w:spacing w:after="200" w:line="276" w:lineRule="auto"/>
    </w:pPr>
    <w:rPr>
      <w:rFonts w:ascii="Calibri" w:hAnsi="Calibri"/>
      <w:color w:val="333333"/>
    </w:rPr>
  </w:style>
  <w:style w:type="paragraph" w:customStyle="1" w:styleId="1D4D2C40F68949DCBED31FE66FBE51FB1">
    <w:name w:val="1D4D2C40F68949DCBED31FE66FBE51FB1"/>
    <w:rsid w:val="00CE2010"/>
    <w:pPr>
      <w:spacing w:after="200" w:line="276" w:lineRule="auto"/>
    </w:pPr>
    <w:rPr>
      <w:rFonts w:ascii="Calibri" w:hAnsi="Calibri"/>
      <w:color w:val="333333"/>
    </w:rPr>
  </w:style>
  <w:style w:type="paragraph" w:customStyle="1" w:styleId="440F73DA21D0444EBD1CCF87031E2D7B1">
    <w:name w:val="440F73DA21D0444EBD1CCF87031E2D7B1"/>
    <w:rsid w:val="00CE2010"/>
    <w:pPr>
      <w:spacing w:after="200" w:line="276" w:lineRule="auto"/>
    </w:pPr>
    <w:rPr>
      <w:rFonts w:ascii="Calibri" w:hAnsi="Calibri"/>
      <w:color w:val="333333"/>
    </w:rPr>
  </w:style>
  <w:style w:type="paragraph" w:customStyle="1" w:styleId="B4BD6C28976E47F4AB1FC6B7FDA978691">
    <w:name w:val="B4BD6C28976E47F4AB1FC6B7FDA978691"/>
    <w:rsid w:val="00CE2010"/>
    <w:pPr>
      <w:spacing w:after="200" w:line="276" w:lineRule="auto"/>
    </w:pPr>
    <w:rPr>
      <w:rFonts w:ascii="Calibri" w:hAnsi="Calibri"/>
      <w:color w:val="333333"/>
    </w:rPr>
  </w:style>
  <w:style w:type="paragraph" w:customStyle="1" w:styleId="EEC7801797484372A30C4E32651B2C8B1">
    <w:name w:val="EEC7801797484372A30C4E32651B2C8B1"/>
    <w:rsid w:val="00CE2010"/>
    <w:pPr>
      <w:spacing w:after="200" w:line="276" w:lineRule="auto"/>
    </w:pPr>
    <w:rPr>
      <w:rFonts w:ascii="Calibri" w:hAnsi="Calibri"/>
      <w:color w:val="333333"/>
    </w:rPr>
  </w:style>
  <w:style w:type="paragraph" w:customStyle="1" w:styleId="B42CE04786B4475DBFE62C32EF4112D31">
    <w:name w:val="B42CE04786B4475DBFE62C32EF4112D31"/>
    <w:rsid w:val="00CE2010"/>
    <w:pPr>
      <w:spacing w:after="200" w:line="276" w:lineRule="auto"/>
    </w:pPr>
    <w:rPr>
      <w:rFonts w:ascii="Calibri" w:hAnsi="Calibri"/>
      <w:color w:val="333333"/>
    </w:rPr>
  </w:style>
  <w:style w:type="paragraph" w:customStyle="1" w:styleId="5BD3E84978D046A889416B486157868C1">
    <w:name w:val="5BD3E84978D046A889416B486157868C1"/>
    <w:rsid w:val="00CE2010"/>
    <w:pPr>
      <w:spacing w:after="200" w:line="276" w:lineRule="auto"/>
    </w:pPr>
    <w:rPr>
      <w:rFonts w:ascii="Calibri" w:hAnsi="Calibri"/>
      <w:color w:val="333333"/>
    </w:rPr>
  </w:style>
  <w:style w:type="paragraph" w:customStyle="1" w:styleId="BBAB08F3B97647CFA847885CE604ACDF1">
    <w:name w:val="BBAB08F3B97647CFA847885CE604ACDF1"/>
    <w:rsid w:val="00CE2010"/>
    <w:pPr>
      <w:spacing w:after="200" w:line="276" w:lineRule="auto"/>
    </w:pPr>
    <w:rPr>
      <w:rFonts w:ascii="Calibri" w:hAnsi="Calibri"/>
      <w:color w:val="333333"/>
    </w:rPr>
  </w:style>
  <w:style w:type="paragraph" w:customStyle="1" w:styleId="C07AF762E81744399DA9252E0E412D511">
    <w:name w:val="C07AF762E81744399DA9252E0E412D511"/>
    <w:rsid w:val="00CE2010"/>
    <w:pPr>
      <w:spacing w:after="200" w:line="276" w:lineRule="auto"/>
    </w:pPr>
    <w:rPr>
      <w:rFonts w:ascii="Calibri" w:hAnsi="Calibri"/>
      <w:color w:val="333333"/>
    </w:rPr>
  </w:style>
  <w:style w:type="paragraph" w:customStyle="1" w:styleId="EDF9E5BF675B45F5A8F1A3CAE71CFB7A1">
    <w:name w:val="EDF9E5BF675B45F5A8F1A3CAE71CFB7A1"/>
    <w:rsid w:val="00CE2010"/>
    <w:pPr>
      <w:spacing w:after="200" w:line="276" w:lineRule="auto"/>
    </w:pPr>
    <w:rPr>
      <w:rFonts w:ascii="Calibri" w:hAnsi="Calibri"/>
      <w:color w:val="333333"/>
    </w:rPr>
  </w:style>
  <w:style w:type="paragraph" w:customStyle="1" w:styleId="B701F57596DA4AE7B58BA551CF23B05E1">
    <w:name w:val="B701F57596DA4AE7B58BA551CF23B05E1"/>
    <w:rsid w:val="00CE2010"/>
    <w:pPr>
      <w:spacing w:after="200" w:line="276" w:lineRule="auto"/>
    </w:pPr>
    <w:rPr>
      <w:rFonts w:ascii="Calibri" w:hAnsi="Calibri"/>
      <w:color w:val="333333"/>
    </w:rPr>
  </w:style>
  <w:style w:type="paragraph" w:customStyle="1" w:styleId="CE6A0BCD3C9A4123A654449359F7FACC1">
    <w:name w:val="CE6A0BCD3C9A4123A654449359F7FACC1"/>
    <w:rsid w:val="00CE2010"/>
    <w:pPr>
      <w:spacing w:after="200" w:line="276" w:lineRule="auto"/>
    </w:pPr>
    <w:rPr>
      <w:rFonts w:ascii="Calibri" w:hAnsi="Calibri"/>
      <w:color w:val="333333"/>
    </w:rPr>
  </w:style>
  <w:style w:type="paragraph" w:customStyle="1" w:styleId="17A1E4B47BFA49888C5251B0C4DA498D1">
    <w:name w:val="17A1E4B47BFA49888C5251B0C4DA498D1"/>
    <w:rsid w:val="00CE2010"/>
    <w:pPr>
      <w:spacing w:after="200" w:line="276" w:lineRule="auto"/>
    </w:pPr>
    <w:rPr>
      <w:rFonts w:ascii="Calibri" w:hAnsi="Calibri"/>
      <w:color w:val="333333"/>
    </w:rPr>
  </w:style>
  <w:style w:type="paragraph" w:customStyle="1" w:styleId="F3A33D681798467D89B6D901CEF30E1B1">
    <w:name w:val="F3A33D681798467D89B6D901CEF30E1B1"/>
    <w:rsid w:val="00CE2010"/>
    <w:pPr>
      <w:spacing w:after="200" w:line="276" w:lineRule="auto"/>
    </w:pPr>
    <w:rPr>
      <w:rFonts w:ascii="Calibri" w:hAnsi="Calibri"/>
      <w:color w:val="333333"/>
    </w:rPr>
  </w:style>
  <w:style w:type="paragraph" w:customStyle="1" w:styleId="4D29FB89B03F439DA175FBCE27EA10361">
    <w:name w:val="4D29FB89B03F439DA175FBCE27EA10361"/>
    <w:rsid w:val="00CE2010"/>
    <w:pPr>
      <w:spacing w:after="200" w:line="276" w:lineRule="auto"/>
    </w:pPr>
    <w:rPr>
      <w:rFonts w:ascii="Calibri" w:hAnsi="Calibri"/>
      <w:color w:val="333333"/>
    </w:rPr>
  </w:style>
  <w:style w:type="paragraph" w:customStyle="1" w:styleId="3C93F572B717457786F958FC350240001">
    <w:name w:val="3C93F572B717457786F958FC350240001"/>
    <w:rsid w:val="00CE2010"/>
    <w:pPr>
      <w:spacing w:after="200" w:line="276" w:lineRule="auto"/>
    </w:pPr>
    <w:rPr>
      <w:rFonts w:ascii="Calibri" w:hAnsi="Calibri"/>
      <w:color w:val="333333"/>
    </w:rPr>
  </w:style>
  <w:style w:type="paragraph" w:customStyle="1" w:styleId="EB4D490ABCF046AAB6395706FE3166011">
    <w:name w:val="EB4D490ABCF046AAB6395706FE3166011"/>
    <w:rsid w:val="00CE2010"/>
    <w:pPr>
      <w:spacing w:after="200" w:line="276" w:lineRule="auto"/>
    </w:pPr>
    <w:rPr>
      <w:rFonts w:ascii="Calibri" w:hAnsi="Calibri"/>
      <w:color w:val="333333"/>
    </w:rPr>
  </w:style>
  <w:style w:type="paragraph" w:customStyle="1" w:styleId="FDCC4BEA4B7947AE97D93A58D117EB7C1">
    <w:name w:val="FDCC4BEA4B7947AE97D93A58D117EB7C1"/>
    <w:rsid w:val="00CE2010"/>
    <w:pPr>
      <w:spacing w:after="200" w:line="276" w:lineRule="auto"/>
    </w:pPr>
    <w:rPr>
      <w:rFonts w:ascii="Calibri" w:hAnsi="Calibri"/>
      <w:color w:val="333333"/>
    </w:rPr>
  </w:style>
  <w:style w:type="paragraph" w:customStyle="1" w:styleId="02AA31CC945347109227589519ECDC43">
    <w:name w:val="02AA31CC945347109227589519ECDC43"/>
    <w:rsid w:val="00CE2010"/>
  </w:style>
  <w:style w:type="paragraph" w:customStyle="1" w:styleId="40CCA27FD3184626986140924F7764EB">
    <w:name w:val="40CCA27FD3184626986140924F7764EB"/>
    <w:rsid w:val="00CE2010"/>
  </w:style>
  <w:style w:type="paragraph" w:customStyle="1" w:styleId="19E95EA6A721447B80FF9C89558AECB2">
    <w:name w:val="19E95EA6A721447B80FF9C89558AECB2"/>
    <w:rsid w:val="00CE2010"/>
  </w:style>
  <w:style w:type="paragraph" w:customStyle="1" w:styleId="9B3144AABDF644C588C78943139CB2DB">
    <w:name w:val="9B3144AABDF644C588C78943139CB2DB"/>
    <w:rsid w:val="00CE2010"/>
  </w:style>
  <w:style w:type="paragraph" w:customStyle="1" w:styleId="FF3932B2439645A28435A59D273D4356">
    <w:name w:val="FF3932B2439645A28435A59D273D4356"/>
    <w:rsid w:val="00CE2010"/>
  </w:style>
  <w:style w:type="paragraph" w:customStyle="1" w:styleId="460ECE8CDA7E45E78BEBECBFA5FC7CAB">
    <w:name w:val="460ECE8CDA7E45E78BEBECBFA5FC7CAB"/>
    <w:rsid w:val="005207CA"/>
  </w:style>
  <w:style w:type="paragraph" w:customStyle="1" w:styleId="83BBBB86E0E44DE79F32E007322655C0">
    <w:name w:val="83BBBB86E0E44DE79F32E007322655C0"/>
    <w:rsid w:val="005207CA"/>
  </w:style>
  <w:style w:type="paragraph" w:customStyle="1" w:styleId="F861E51A7E074139AD89F3C02CFC717B">
    <w:name w:val="F861E51A7E074139AD89F3C02CFC717B"/>
    <w:rsid w:val="005207CA"/>
  </w:style>
  <w:style w:type="paragraph" w:customStyle="1" w:styleId="4C932C6670514032ADF6D4C6010B553E">
    <w:name w:val="4C932C6670514032ADF6D4C6010B553E"/>
    <w:rsid w:val="005207CA"/>
  </w:style>
  <w:style w:type="paragraph" w:customStyle="1" w:styleId="1D1104E89AF846088DF9394EB72C657B">
    <w:name w:val="1D1104E89AF846088DF9394EB72C657B"/>
    <w:rsid w:val="005207CA"/>
  </w:style>
  <w:style w:type="paragraph" w:customStyle="1" w:styleId="BE451537E6C440DDA5AC42DA75B8A411">
    <w:name w:val="BE451537E6C440DDA5AC42DA75B8A411"/>
    <w:rsid w:val="005207CA"/>
  </w:style>
  <w:style w:type="paragraph" w:customStyle="1" w:styleId="10A128DFA8924D15A8D267CE3A6CFFE0">
    <w:name w:val="10A128DFA8924D15A8D267CE3A6CFFE0"/>
    <w:rsid w:val="005207CA"/>
  </w:style>
  <w:style w:type="paragraph" w:customStyle="1" w:styleId="B0D2D52A7C6B45E488AC8E430B791208">
    <w:name w:val="B0D2D52A7C6B45E488AC8E430B791208"/>
    <w:rsid w:val="005207CA"/>
  </w:style>
  <w:style w:type="paragraph" w:customStyle="1" w:styleId="FEAAD319B2A34055B4472BA762F3A653">
    <w:name w:val="FEAAD319B2A34055B4472BA762F3A653"/>
    <w:rsid w:val="005207CA"/>
  </w:style>
  <w:style w:type="paragraph" w:customStyle="1" w:styleId="5726537B022D489CA966755D19413CA3">
    <w:name w:val="5726537B022D489CA966755D19413CA3"/>
    <w:rsid w:val="005207CA"/>
  </w:style>
  <w:style w:type="paragraph" w:customStyle="1" w:styleId="A5F0C3C6C33E4A67870F7A59A4A0CA51">
    <w:name w:val="A5F0C3C6C33E4A67870F7A59A4A0CA51"/>
    <w:rsid w:val="005207CA"/>
  </w:style>
  <w:style w:type="paragraph" w:customStyle="1" w:styleId="8069467B87124548AACD3E45BB62FBAF">
    <w:name w:val="8069467B87124548AACD3E45BB62FBAF"/>
    <w:rsid w:val="005207CA"/>
  </w:style>
  <w:style w:type="paragraph" w:customStyle="1" w:styleId="DA30E437F3F840EBA3E27CFEB6A9B337">
    <w:name w:val="DA30E437F3F840EBA3E27CFEB6A9B337"/>
    <w:rsid w:val="005207CA"/>
  </w:style>
  <w:style w:type="paragraph" w:customStyle="1" w:styleId="2C75B7FACC4C4F8ABB3828C333ECEE33">
    <w:name w:val="2C75B7FACC4C4F8ABB3828C333ECEE33"/>
    <w:rsid w:val="005207CA"/>
  </w:style>
  <w:style w:type="paragraph" w:customStyle="1" w:styleId="E0571ED4967C4277B473EAB615F41C32">
    <w:name w:val="E0571ED4967C4277B473EAB615F41C32"/>
    <w:rsid w:val="005207CA"/>
  </w:style>
  <w:style w:type="paragraph" w:customStyle="1" w:styleId="D821D76B43E94894A38609C8EBC41499">
    <w:name w:val="D821D76B43E94894A38609C8EBC41499"/>
    <w:rsid w:val="005207CA"/>
  </w:style>
  <w:style w:type="paragraph" w:customStyle="1" w:styleId="F220C36EEC20451D8FBFCCAE20002E32">
    <w:name w:val="F220C36EEC20451D8FBFCCAE20002E32"/>
    <w:rsid w:val="005207CA"/>
  </w:style>
  <w:style w:type="paragraph" w:customStyle="1" w:styleId="DC8720809E5E4513B447B7BBC70E7019">
    <w:name w:val="DC8720809E5E4513B447B7BBC70E7019"/>
    <w:rsid w:val="005207CA"/>
  </w:style>
  <w:style w:type="paragraph" w:customStyle="1" w:styleId="0EB9CB59479E4A2EB1184CD083DB88CD">
    <w:name w:val="0EB9CB59479E4A2EB1184CD083DB88CD"/>
    <w:rsid w:val="005207CA"/>
  </w:style>
  <w:style w:type="paragraph" w:customStyle="1" w:styleId="C908B632886C4174A68F7A0E4F47E56C">
    <w:name w:val="C908B632886C4174A68F7A0E4F47E56C"/>
    <w:rsid w:val="005207CA"/>
  </w:style>
  <w:style w:type="paragraph" w:customStyle="1" w:styleId="E61B840CEA0B412682B4845CAC87FD35">
    <w:name w:val="E61B840CEA0B412682B4845CAC87FD35"/>
    <w:rsid w:val="005207CA"/>
  </w:style>
  <w:style w:type="paragraph" w:customStyle="1" w:styleId="B3BC66D2CD9D4C15AB1B9772BB3C11F8">
    <w:name w:val="B3BC66D2CD9D4C15AB1B9772BB3C11F8"/>
    <w:rsid w:val="005207CA"/>
  </w:style>
  <w:style w:type="paragraph" w:customStyle="1" w:styleId="068044BA58514DE690DC0DE1D16B5B49">
    <w:name w:val="068044BA58514DE690DC0DE1D16B5B49"/>
    <w:rsid w:val="005207CA"/>
  </w:style>
  <w:style w:type="paragraph" w:customStyle="1" w:styleId="A4C59D94C80C4E5BAAD4EC917D89B708">
    <w:name w:val="A4C59D94C80C4E5BAAD4EC917D89B708"/>
    <w:rsid w:val="005207CA"/>
  </w:style>
  <w:style w:type="paragraph" w:customStyle="1" w:styleId="9CEC6A45F4194F37B3C6B16EA88F80DF">
    <w:name w:val="9CEC6A45F4194F37B3C6B16EA88F80DF"/>
    <w:rsid w:val="005207CA"/>
  </w:style>
  <w:style w:type="paragraph" w:customStyle="1" w:styleId="2C5D9FBF9A444B469AEC4B3F8DC8A27A">
    <w:name w:val="2C5D9FBF9A444B469AEC4B3F8DC8A27A"/>
    <w:rsid w:val="005207CA"/>
  </w:style>
  <w:style w:type="paragraph" w:customStyle="1" w:styleId="95887722AED541F48E043101B9D16C78">
    <w:name w:val="95887722AED541F48E043101B9D16C78"/>
    <w:rsid w:val="005207CA"/>
  </w:style>
  <w:style w:type="paragraph" w:customStyle="1" w:styleId="8DF92F553B704F0EB6D55EAA173833DA">
    <w:name w:val="8DF92F553B704F0EB6D55EAA173833DA"/>
    <w:rsid w:val="005207CA"/>
  </w:style>
  <w:style w:type="paragraph" w:customStyle="1" w:styleId="EBBD8A2FDB2F4AFA85DE6893E13A4328">
    <w:name w:val="EBBD8A2FDB2F4AFA85DE6893E13A4328"/>
    <w:rsid w:val="005207CA"/>
  </w:style>
  <w:style w:type="paragraph" w:customStyle="1" w:styleId="5A7948DE004D47FFAF4176695BC018EE2">
    <w:name w:val="5A7948DE004D47FFAF4176695BC018EE2"/>
    <w:rsid w:val="00964BDD"/>
    <w:pPr>
      <w:spacing w:after="200" w:line="276" w:lineRule="auto"/>
    </w:pPr>
    <w:rPr>
      <w:rFonts w:ascii="Calibri" w:hAnsi="Calibri"/>
      <w:color w:val="333333"/>
    </w:rPr>
  </w:style>
  <w:style w:type="paragraph" w:customStyle="1" w:styleId="19E95EA6A721447B80FF9C89558AECB21">
    <w:name w:val="19E95EA6A721447B80FF9C89558AECB21"/>
    <w:rsid w:val="00964BDD"/>
    <w:pPr>
      <w:spacing w:after="200" w:line="276" w:lineRule="auto"/>
    </w:pPr>
    <w:rPr>
      <w:rFonts w:ascii="Calibri" w:hAnsi="Calibri"/>
      <w:color w:val="333333"/>
    </w:rPr>
  </w:style>
  <w:style w:type="paragraph" w:customStyle="1" w:styleId="40CCA27FD3184626986140924F7764EB1">
    <w:name w:val="40CCA27FD3184626986140924F7764EB1"/>
    <w:rsid w:val="00964BDD"/>
    <w:pPr>
      <w:spacing w:after="200" w:line="276" w:lineRule="auto"/>
    </w:pPr>
    <w:rPr>
      <w:rFonts w:ascii="Calibri" w:hAnsi="Calibri"/>
      <w:color w:val="333333"/>
    </w:rPr>
  </w:style>
  <w:style w:type="paragraph" w:customStyle="1" w:styleId="83BBBB86E0E44DE79F32E007322655C01">
    <w:name w:val="83BBBB86E0E44DE79F32E007322655C01"/>
    <w:rsid w:val="00964BDD"/>
    <w:pPr>
      <w:spacing w:after="200" w:line="276" w:lineRule="auto"/>
    </w:pPr>
    <w:rPr>
      <w:rFonts w:ascii="Calibri" w:hAnsi="Calibri"/>
      <w:color w:val="333333"/>
    </w:rPr>
  </w:style>
  <w:style w:type="paragraph" w:customStyle="1" w:styleId="460ECE8CDA7E45E78BEBECBFA5FC7CAB1">
    <w:name w:val="460ECE8CDA7E45E78BEBECBFA5FC7CAB1"/>
    <w:rsid w:val="00964BDD"/>
    <w:pPr>
      <w:spacing w:after="200" w:line="276" w:lineRule="auto"/>
    </w:pPr>
    <w:rPr>
      <w:rFonts w:ascii="Calibri" w:hAnsi="Calibri"/>
      <w:color w:val="333333"/>
    </w:rPr>
  </w:style>
  <w:style w:type="paragraph" w:customStyle="1" w:styleId="F861E51A7E074139AD89F3C02CFC717B1">
    <w:name w:val="F861E51A7E074139AD89F3C02CFC717B1"/>
    <w:rsid w:val="00964BDD"/>
    <w:pPr>
      <w:spacing w:after="200" w:line="276" w:lineRule="auto"/>
    </w:pPr>
    <w:rPr>
      <w:rFonts w:ascii="Calibri" w:hAnsi="Calibri"/>
      <w:color w:val="333333"/>
    </w:rPr>
  </w:style>
  <w:style w:type="paragraph" w:customStyle="1" w:styleId="4C932C6670514032ADF6D4C6010B553E1">
    <w:name w:val="4C932C6670514032ADF6D4C6010B553E1"/>
    <w:rsid w:val="00964BDD"/>
    <w:pPr>
      <w:spacing w:after="200" w:line="276" w:lineRule="auto"/>
    </w:pPr>
    <w:rPr>
      <w:rFonts w:ascii="Calibri" w:hAnsi="Calibri"/>
      <w:color w:val="333333"/>
    </w:rPr>
  </w:style>
  <w:style w:type="paragraph" w:customStyle="1" w:styleId="1D1104E89AF846088DF9394EB72C657B1">
    <w:name w:val="1D1104E89AF846088DF9394EB72C657B1"/>
    <w:rsid w:val="00964BDD"/>
    <w:pPr>
      <w:spacing w:after="200" w:line="276" w:lineRule="auto"/>
    </w:pPr>
    <w:rPr>
      <w:rFonts w:ascii="Calibri" w:hAnsi="Calibri"/>
      <w:color w:val="333333"/>
    </w:rPr>
  </w:style>
  <w:style w:type="paragraph" w:customStyle="1" w:styleId="BE451537E6C440DDA5AC42DA75B8A4111">
    <w:name w:val="BE451537E6C440DDA5AC42DA75B8A4111"/>
    <w:rsid w:val="00964BDD"/>
    <w:pPr>
      <w:spacing w:after="200" w:line="276" w:lineRule="auto"/>
    </w:pPr>
    <w:rPr>
      <w:rFonts w:ascii="Calibri" w:hAnsi="Calibri"/>
      <w:color w:val="333333"/>
    </w:rPr>
  </w:style>
  <w:style w:type="paragraph" w:customStyle="1" w:styleId="10A128DFA8924D15A8D267CE3A6CFFE01">
    <w:name w:val="10A128DFA8924D15A8D267CE3A6CFFE01"/>
    <w:rsid w:val="00964BDD"/>
    <w:pPr>
      <w:spacing w:after="200" w:line="276" w:lineRule="auto"/>
    </w:pPr>
    <w:rPr>
      <w:rFonts w:ascii="Calibri" w:hAnsi="Calibri"/>
      <w:color w:val="333333"/>
    </w:rPr>
  </w:style>
  <w:style w:type="paragraph" w:customStyle="1" w:styleId="B0D2D52A7C6B45E488AC8E430B7912081">
    <w:name w:val="B0D2D52A7C6B45E488AC8E430B7912081"/>
    <w:rsid w:val="00964BDD"/>
    <w:pPr>
      <w:spacing w:after="200" w:line="276" w:lineRule="auto"/>
    </w:pPr>
    <w:rPr>
      <w:rFonts w:ascii="Calibri" w:hAnsi="Calibri"/>
      <w:color w:val="333333"/>
    </w:rPr>
  </w:style>
  <w:style w:type="paragraph" w:customStyle="1" w:styleId="FEAAD319B2A34055B4472BA762F3A6531">
    <w:name w:val="FEAAD319B2A34055B4472BA762F3A6531"/>
    <w:rsid w:val="00964BDD"/>
    <w:pPr>
      <w:spacing w:after="200" w:line="276" w:lineRule="auto"/>
    </w:pPr>
    <w:rPr>
      <w:rFonts w:ascii="Calibri" w:hAnsi="Calibri"/>
      <w:color w:val="333333"/>
    </w:rPr>
  </w:style>
  <w:style w:type="paragraph" w:customStyle="1" w:styleId="5726537B022D489CA966755D19413CA31">
    <w:name w:val="5726537B022D489CA966755D19413CA31"/>
    <w:rsid w:val="00964BDD"/>
    <w:pPr>
      <w:spacing w:after="200" w:line="276" w:lineRule="auto"/>
    </w:pPr>
    <w:rPr>
      <w:rFonts w:ascii="Calibri" w:hAnsi="Calibri"/>
      <w:color w:val="333333"/>
    </w:rPr>
  </w:style>
  <w:style w:type="paragraph" w:customStyle="1" w:styleId="A5F0C3C6C33E4A67870F7A59A4A0CA511">
    <w:name w:val="A5F0C3C6C33E4A67870F7A59A4A0CA511"/>
    <w:rsid w:val="00964BDD"/>
    <w:pPr>
      <w:spacing w:after="200" w:line="276" w:lineRule="auto"/>
    </w:pPr>
    <w:rPr>
      <w:rFonts w:ascii="Calibri" w:hAnsi="Calibri"/>
      <w:color w:val="333333"/>
    </w:rPr>
  </w:style>
  <w:style w:type="paragraph" w:customStyle="1" w:styleId="8069467B87124548AACD3E45BB62FBAF1">
    <w:name w:val="8069467B87124548AACD3E45BB62FBAF1"/>
    <w:rsid w:val="00964BDD"/>
    <w:pPr>
      <w:spacing w:after="200" w:line="276" w:lineRule="auto"/>
    </w:pPr>
    <w:rPr>
      <w:rFonts w:ascii="Calibri" w:hAnsi="Calibri"/>
      <w:color w:val="333333"/>
    </w:rPr>
  </w:style>
  <w:style w:type="paragraph" w:customStyle="1" w:styleId="DA30E437F3F840EBA3E27CFEB6A9B3371">
    <w:name w:val="DA30E437F3F840EBA3E27CFEB6A9B3371"/>
    <w:rsid w:val="00964BDD"/>
    <w:pPr>
      <w:spacing w:after="200" w:line="276" w:lineRule="auto"/>
    </w:pPr>
    <w:rPr>
      <w:rFonts w:ascii="Calibri" w:hAnsi="Calibri"/>
      <w:color w:val="333333"/>
    </w:rPr>
  </w:style>
  <w:style w:type="paragraph" w:customStyle="1" w:styleId="2C75B7FACC4C4F8ABB3828C333ECEE331">
    <w:name w:val="2C75B7FACC4C4F8ABB3828C333ECEE331"/>
    <w:rsid w:val="00964BDD"/>
    <w:pPr>
      <w:spacing w:after="200" w:line="276" w:lineRule="auto"/>
    </w:pPr>
    <w:rPr>
      <w:rFonts w:ascii="Calibri" w:hAnsi="Calibri"/>
      <w:color w:val="333333"/>
    </w:rPr>
  </w:style>
  <w:style w:type="paragraph" w:customStyle="1" w:styleId="E0571ED4967C4277B473EAB615F41C321">
    <w:name w:val="E0571ED4967C4277B473EAB615F41C321"/>
    <w:rsid w:val="00964BDD"/>
    <w:pPr>
      <w:spacing w:after="200" w:line="276" w:lineRule="auto"/>
    </w:pPr>
    <w:rPr>
      <w:rFonts w:ascii="Calibri" w:hAnsi="Calibri"/>
      <w:color w:val="333333"/>
    </w:rPr>
  </w:style>
  <w:style w:type="paragraph" w:customStyle="1" w:styleId="D821D76B43E94894A38609C8EBC414991">
    <w:name w:val="D821D76B43E94894A38609C8EBC414991"/>
    <w:rsid w:val="00964BDD"/>
    <w:pPr>
      <w:spacing w:after="200" w:line="276" w:lineRule="auto"/>
    </w:pPr>
    <w:rPr>
      <w:rFonts w:ascii="Calibri" w:hAnsi="Calibri"/>
      <w:color w:val="333333"/>
    </w:rPr>
  </w:style>
  <w:style w:type="paragraph" w:customStyle="1" w:styleId="F220C36EEC20451D8FBFCCAE20002E321">
    <w:name w:val="F220C36EEC20451D8FBFCCAE20002E321"/>
    <w:rsid w:val="00964BDD"/>
    <w:pPr>
      <w:spacing w:after="200" w:line="276" w:lineRule="auto"/>
    </w:pPr>
    <w:rPr>
      <w:rFonts w:ascii="Calibri" w:hAnsi="Calibri"/>
      <w:color w:val="333333"/>
    </w:rPr>
  </w:style>
  <w:style w:type="paragraph" w:customStyle="1" w:styleId="DC8720809E5E4513B447B7BBC70E70191">
    <w:name w:val="DC8720809E5E4513B447B7BBC70E70191"/>
    <w:rsid w:val="00964BDD"/>
    <w:pPr>
      <w:spacing w:after="200" w:line="276" w:lineRule="auto"/>
    </w:pPr>
    <w:rPr>
      <w:rFonts w:ascii="Calibri" w:hAnsi="Calibri"/>
      <w:color w:val="333333"/>
    </w:rPr>
  </w:style>
  <w:style w:type="paragraph" w:customStyle="1" w:styleId="0EB9CB59479E4A2EB1184CD083DB88CD1">
    <w:name w:val="0EB9CB59479E4A2EB1184CD083DB88CD1"/>
    <w:rsid w:val="00964BDD"/>
    <w:pPr>
      <w:spacing w:after="200" w:line="276" w:lineRule="auto"/>
    </w:pPr>
    <w:rPr>
      <w:rFonts w:ascii="Calibri" w:hAnsi="Calibri"/>
      <w:color w:val="333333"/>
    </w:rPr>
  </w:style>
  <w:style w:type="paragraph" w:customStyle="1" w:styleId="C908B632886C4174A68F7A0E4F47E56C1">
    <w:name w:val="C908B632886C4174A68F7A0E4F47E56C1"/>
    <w:rsid w:val="00964BDD"/>
    <w:pPr>
      <w:spacing w:after="200" w:line="276" w:lineRule="auto"/>
    </w:pPr>
    <w:rPr>
      <w:rFonts w:ascii="Calibri" w:hAnsi="Calibri"/>
      <w:color w:val="333333"/>
    </w:rPr>
  </w:style>
  <w:style w:type="paragraph" w:customStyle="1" w:styleId="E61B840CEA0B412682B4845CAC87FD351">
    <w:name w:val="E61B840CEA0B412682B4845CAC87FD351"/>
    <w:rsid w:val="00964BDD"/>
    <w:pPr>
      <w:spacing w:after="200" w:line="276" w:lineRule="auto"/>
    </w:pPr>
    <w:rPr>
      <w:rFonts w:ascii="Calibri" w:hAnsi="Calibri"/>
      <w:color w:val="333333"/>
    </w:rPr>
  </w:style>
  <w:style w:type="paragraph" w:customStyle="1" w:styleId="B3BC66D2CD9D4C15AB1B9772BB3C11F81">
    <w:name w:val="B3BC66D2CD9D4C15AB1B9772BB3C11F81"/>
    <w:rsid w:val="00964BDD"/>
    <w:pPr>
      <w:spacing w:after="200" w:line="276" w:lineRule="auto"/>
    </w:pPr>
    <w:rPr>
      <w:rFonts w:ascii="Calibri" w:hAnsi="Calibri"/>
      <w:color w:val="333333"/>
    </w:rPr>
  </w:style>
  <w:style w:type="paragraph" w:customStyle="1" w:styleId="068044BA58514DE690DC0DE1D16B5B491">
    <w:name w:val="068044BA58514DE690DC0DE1D16B5B491"/>
    <w:rsid w:val="00964BDD"/>
    <w:pPr>
      <w:spacing w:after="200" w:line="276" w:lineRule="auto"/>
    </w:pPr>
    <w:rPr>
      <w:rFonts w:ascii="Calibri" w:hAnsi="Calibri"/>
      <w:color w:val="333333"/>
    </w:rPr>
  </w:style>
  <w:style w:type="paragraph" w:customStyle="1" w:styleId="A4C59D94C80C4E5BAAD4EC917D89B7081">
    <w:name w:val="A4C59D94C80C4E5BAAD4EC917D89B7081"/>
    <w:rsid w:val="00964BDD"/>
    <w:pPr>
      <w:spacing w:after="200" w:line="276" w:lineRule="auto"/>
    </w:pPr>
    <w:rPr>
      <w:rFonts w:ascii="Calibri" w:hAnsi="Calibri"/>
      <w:color w:val="333333"/>
    </w:rPr>
  </w:style>
  <w:style w:type="paragraph" w:customStyle="1" w:styleId="9CEC6A45F4194F37B3C6B16EA88F80DF1">
    <w:name w:val="9CEC6A45F4194F37B3C6B16EA88F80DF1"/>
    <w:rsid w:val="00964BDD"/>
    <w:pPr>
      <w:spacing w:after="200" w:line="276" w:lineRule="auto"/>
    </w:pPr>
    <w:rPr>
      <w:rFonts w:ascii="Calibri" w:hAnsi="Calibri"/>
      <w:color w:val="333333"/>
    </w:rPr>
  </w:style>
  <w:style w:type="paragraph" w:customStyle="1" w:styleId="2C5D9FBF9A444B469AEC4B3F8DC8A27A1">
    <w:name w:val="2C5D9FBF9A444B469AEC4B3F8DC8A27A1"/>
    <w:rsid w:val="00964BDD"/>
    <w:pPr>
      <w:spacing w:after="200" w:line="276" w:lineRule="auto"/>
    </w:pPr>
    <w:rPr>
      <w:rFonts w:ascii="Calibri" w:hAnsi="Calibri"/>
      <w:color w:val="333333"/>
    </w:rPr>
  </w:style>
  <w:style w:type="paragraph" w:customStyle="1" w:styleId="95887722AED541F48E043101B9D16C781">
    <w:name w:val="95887722AED541F48E043101B9D16C781"/>
    <w:rsid w:val="00964BDD"/>
    <w:pPr>
      <w:spacing w:after="200" w:line="276" w:lineRule="auto"/>
    </w:pPr>
    <w:rPr>
      <w:rFonts w:ascii="Calibri" w:hAnsi="Calibri"/>
      <w:color w:val="333333"/>
    </w:rPr>
  </w:style>
  <w:style w:type="paragraph" w:customStyle="1" w:styleId="8DF92F553B704F0EB6D55EAA173833DA1">
    <w:name w:val="8DF92F553B704F0EB6D55EAA173833DA1"/>
    <w:rsid w:val="00964BDD"/>
    <w:pPr>
      <w:spacing w:after="200" w:line="276" w:lineRule="auto"/>
    </w:pPr>
    <w:rPr>
      <w:rFonts w:ascii="Calibri" w:hAnsi="Calibri"/>
      <w:color w:val="333333"/>
    </w:rPr>
  </w:style>
  <w:style w:type="paragraph" w:customStyle="1" w:styleId="EBBD8A2FDB2F4AFA85DE6893E13A43281">
    <w:name w:val="EBBD8A2FDB2F4AFA85DE6893E13A43281"/>
    <w:rsid w:val="00964BDD"/>
    <w:pPr>
      <w:spacing w:after="200" w:line="276" w:lineRule="auto"/>
    </w:pPr>
    <w:rPr>
      <w:rFonts w:ascii="Calibri" w:hAnsi="Calibri"/>
      <w:color w:val="333333"/>
    </w:rPr>
  </w:style>
  <w:style w:type="paragraph" w:customStyle="1" w:styleId="02AA31CC945347109227589519ECDC431">
    <w:name w:val="02AA31CC945347109227589519ECDC431"/>
    <w:rsid w:val="00964BDD"/>
    <w:pPr>
      <w:spacing w:after="200" w:line="276" w:lineRule="auto"/>
    </w:pPr>
    <w:rPr>
      <w:rFonts w:ascii="Calibri" w:hAnsi="Calibri"/>
      <w:color w:val="333333"/>
    </w:rPr>
  </w:style>
  <w:style w:type="paragraph" w:customStyle="1" w:styleId="5A7948DE004D47FFAF4176695BC018EE3">
    <w:name w:val="5A7948DE004D47FFAF4176695BC018EE3"/>
    <w:rsid w:val="00964BDD"/>
    <w:pPr>
      <w:spacing w:after="200" w:line="276" w:lineRule="auto"/>
    </w:pPr>
    <w:rPr>
      <w:rFonts w:ascii="Calibri" w:hAnsi="Calibri"/>
      <w:color w:val="333333"/>
    </w:rPr>
  </w:style>
  <w:style w:type="paragraph" w:customStyle="1" w:styleId="19E95EA6A721447B80FF9C89558AECB22">
    <w:name w:val="19E95EA6A721447B80FF9C89558AECB22"/>
    <w:rsid w:val="00964BDD"/>
    <w:pPr>
      <w:spacing w:after="200" w:line="276" w:lineRule="auto"/>
    </w:pPr>
    <w:rPr>
      <w:rFonts w:ascii="Calibri" w:hAnsi="Calibri"/>
      <w:color w:val="333333"/>
    </w:rPr>
  </w:style>
  <w:style w:type="paragraph" w:customStyle="1" w:styleId="40CCA27FD3184626986140924F7764EB2">
    <w:name w:val="40CCA27FD3184626986140924F7764EB2"/>
    <w:rsid w:val="00964BDD"/>
    <w:pPr>
      <w:spacing w:after="200" w:line="276" w:lineRule="auto"/>
    </w:pPr>
    <w:rPr>
      <w:rFonts w:ascii="Calibri" w:hAnsi="Calibri"/>
      <w:color w:val="333333"/>
    </w:rPr>
  </w:style>
  <w:style w:type="paragraph" w:customStyle="1" w:styleId="83BBBB86E0E44DE79F32E007322655C02">
    <w:name w:val="83BBBB86E0E44DE79F32E007322655C02"/>
    <w:rsid w:val="00964BDD"/>
    <w:pPr>
      <w:spacing w:after="200" w:line="276" w:lineRule="auto"/>
    </w:pPr>
    <w:rPr>
      <w:rFonts w:ascii="Calibri" w:hAnsi="Calibri"/>
      <w:color w:val="333333"/>
    </w:rPr>
  </w:style>
  <w:style w:type="paragraph" w:customStyle="1" w:styleId="460ECE8CDA7E45E78BEBECBFA5FC7CAB2">
    <w:name w:val="460ECE8CDA7E45E78BEBECBFA5FC7CAB2"/>
    <w:rsid w:val="00964BDD"/>
    <w:pPr>
      <w:spacing w:after="200" w:line="276" w:lineRule="auto"/>
    </w:pPr>
    <w:rPr>
      <w:rFonts w:ascii="Calibri" w:hAnsi="Calibri"/>
      <w:color w:val="333333"/>
    </w:rPr>
  </w:style>
  <w:style w:type="paragraph" w:customStyle="1" w:styleId="F861E51A7E074139AD89F3C02CFC717B2">
    <w:name w:val="F861E51A7E074139AD89F3C02CFC717B2"/>
    <w:rsid w:val="00964BDD"/>
    <w:pPr>
      <w:spacing w:after="200" w:line="276" w:lineRule="auto"/>
    </w:pPr>
    <w:rPr>
      <w:rFonts w:ascii="Calibri" w:hAnsi="Calibri"/>
      <w:color w:val="333333"/>
    </w:rPr>
  </w:style>
  <w:style w:type="paragraph" w:customStyle="1" w:styleId="4C932C6670514032ADF6D4C6010B553E2">
    <w:name w:val="4C932C6670514032ADF6D4C6010B553E2"/>
    <w:rsid w:val="00964BDD"/>
    <w:pPr>
      <w:spacing w:after="200" w:line="276" w:lineRule="auto"/>
    </w:pPr>
    <w:rPr>
      <w:rFonts w:ascii="Calibri" w:hAnsi="Calibri"/>
      <w:color w:val="333333"/>
    </w:rPr>
  </w:style>
  <w:style w:type="paragraph" w:customStyle="1" w:styleId="1D1104E89AF846088DF9394EB72C657B2">
    <w:name w:val="1D1104E89AF846088DF9394EB72C657B2"/>
    <w:rsid w:val="00964BDD"/>
    <w:pPr>
      <w:spacing w:after="200" w:line="276" w:lineRule="auto"/>
    </w:pPr>
    <w:rPr>
      <w:rFonts w:ascii="Calibri" w:hAnsi="Calibri"/>
      <w:color w:val="333333"/>
    </w:rPr>
  </w:style>
  <w:style w:type="paragraph" w:customStyle="1" w:styleId="BE451537E6C440DDA5AC42DA75B8A4112">
    <w:name w:val="BE451537E6C440DDA5AC42DA75B8A4112"/>
    <w:rsid w:val="00964BDD"/>
    <w:pPr>
      <w:spacing w:after="200" w:line="276" w:lineRule="auto"/>
    </w:pPr>
    <w:rPr>
      <w:rFonts w:ascii="Calibri" w:hAnsi="Calibri"/>
      <w:color w:val="333333"/>
    </w:rPr>
  </w:style>
  <w:style w:type="paragraph" w:customStyle="1" w:styleId="10A128DFA8924D15A8D267CE3A6CFFE02">
    <w:name w:val="10A128DFA8924D15A8D267CE3A6CFFE02"/>
    <w:rsid w:val="00964BDD"/>
    <w:pPr>
      <w:spacing w:after="200" w:line="276" w:lineRule="auto"/>
    </w:pPr>
    <w:rPr>
      <w:rFonts w:ascii="Calibri" w:hAnsi="Calibri"/>
      <w:color w:val="333333"/>
    </w:rPr>
  </w:style>
  <w:style w:type="paragraph" w:customStyle="1" w:styleId="B0D2D52A7C6B45E488AC8E430B7912082">
    <w:name w:val="B0D2D52A7C6B45E488AC8E430B7912082"/>
    <w:rsid w:val="00964BDD"/>
    <w:pPr>
      <w:spacing w:after="200" w:line="276" w:lineRule="auto"/>
    </w:pPr>
    <w:rPr>
      <w:rFonts w:ascii="Calibri" w:hAnsi="Calibri"/>
      <w:color w:val="333333"/>
    </w:rPr>
  </w:style>
  <w:style w:type="paragraph" w:customStyle="1" w:styleId="FEAAD319B2A34055B4472BA762F3A6532">
    <w:name w:val="FEAAD319B2A34055B4472BA762F3A6532"/>
    <w:rsid w:val="00964BDD"/>
    <w:pPr>
      <w:spacing w:after="200" w:line="276" w:lineRule="auto"/>
    </w:pPr>
    <w:rPr>
      <w:rFonts w:ascii="Calibri" w:hAnsi="Calibri"/>
      <w:color w:val="333333"/>
    </w:rPr>
  </w:style>
  <w:style w:type="paragraph" w:customStyle="1" w:styleId="5726537B022D489CA966755D19413CA32">
    <w:name w:val="5726537B022D489CA966755D19413CA32"/>
    <w:rsid w:val="00964BDD"/>
    <w:pPr>
      <w:spacing w:after="200" w:line="276" w:lineRule="auto"/>
    </w:pPr>
    <w:rPr>
      <w:rFonts w:ascii="Calibri" w:hAnsi="Calibri"/>
      <w:color w:val="333333"/>
    </w:rPr>
  </w:style>
  <w:style w:type="paragraph" w:customStyle="1" w:styleId="A5F0C3C6C33E4A67870F7A59A4A0CA512">
    <w:name w:val="A5F0C3C6C33E4A67870F7A59A4A0CA512"/>
    <w:rsid w:val="00964BDD"/>
    <w:pPr>
      <w:spacing w:after="200" w:line="276" w:lineRule="auto"/>
    </w:pPr>
    <w:rPr>
      <w:rFonts w:ascii="Calibri" w:hAnsi="Calibri"/>
      <w:color w:val="333333"/>
    </w:rPr>
  </w:style>
  <w:style w:type="paragraph" w:customStyle="1" w:styleId="8069467B87124548AACD3E45BB62FBAF2">
    <w:name w:val="8069467B87124548AACD3E45BB62FBAF2"/>
    <w:rsid w:val="00964BDD"/>
    <w:pPr>
      <w:spacing w:after="200" w:line="276" w:lineRule="auto"/>
    </w:pPr>
    <w:rPr>
      <w:rFonts w:ascii="Calibri" w:hAnsi="Calibri"/>
      <w:color w:val="333333"/>
    </w:rPr>
  </w:style>
  <w:style w:type="paragraph" w:customStyle="1" w:styleId="DA30E437F3F840EBA3E27CFEB6A9B3372">
    <w:name w:val="DA30E437F3F840EBA3E27CFEB6A9B3372"/>
    <w:rsid w:val="00964BDD"/>
    <w:pPr>
      <w:spacing w:after="200" w:line="276" w:lineRule="auto"/>
    </w:pPr>
    <w:rPr>
      <w:rFonts w:ascii="Calibri" w:hAnsi="Calibri"/>
      <w:color w:val="333333"/>
    </w:rPr>
  </w:style>
  <w:style w:type="paragraph" w:customStyle="1" w:styleId="2C75B7FACC4C4F8ABB3828C333ECEE332">
    <w:name w:val="2C75B7FACC4C4F8ABB3828C333ECEE332"/>
    <w:rsid w:val="00964BDD"/>
    <w:pPr>
      <w:spacing w:after="200" w:line="276" w:lineRule="auto"/>
    </w:pPr>
    <w:rPr>
      <w:rFonts w:ascii="Calibri" w:hAnsi="Calibri"/>
      <w:color w:val="333333"/>
    </w:rPr>
  </w:style>
  <w:style w:type="paragraph" w:customStyle="1" w:styleId="E0571ED4967C4277B473EAB615F41C322">
    <w:name w:val="E0571ED4967C4277B473EAB615F41C322"/>
    <w:rsid w:val="00964BDD"/>
    <w:pPr>
      <w:spacing w:after="200" w:line="276" w:lineRule="auto"/>
    </w:pPr>
    <w:rPr>
      <w:rFonts w:ascii="Calibri" w:hAnsi="Calibri"/>
      <w:color w:val="333333"/>
    </w:rPr>
  </w:style>
  <w:style w:type="paragraph" w:customStyle="1" w:styleId="D821D76B43E94894A38609C8EBC414992">
    <w:name w:val="D821D76B43E94894A38609C8EBC414992"/>
    <w:rsid w:val="00964BDD"/>
    <w:pPr>
      <w:spacing w:after="200" w:line="276" w:lineRule="auto"/>
    </w:pPr>
    <w:rPr>
      <w:rFonts w:ascii="Calibri" w:hAnsi="Calibri"/>
      <w:color w:val="333333"/>
    </w:rPr>
  </w:style>
  <w:style w:type="paragraph" w:customStyle="1" w:styleId="F220C36EEC20451D8FBFCCAE20002E322">
    <w:name w:val="F220C36EEC20451D8FBFCCAE20002E322"/>
    <w:rsid w:val="00964BDD"/>
    <w:pPr>
      <w:spacing w:after="200" w:line="276" w:lineRule="auto"/>
    </w:pPr>
    <w:rPr>
      <w:rFonts w:ascii="Calibri" w:hAnsi="Calibri"/>
      <w:color w:val="333333"/>
    </w:rPr>
  </w:style>
  <w:style w:type="paragraph" w:customStyle="1" w:styleId="DC8720809E5E4513B447B7BBC70E70192">
    <w:name w:val="DC8720809E5E4513B447B7BBC70E70192"/>
    <w:rsid w:val="00964BDD"/>
    <w:pPr>
      <w:spacing w:after="200" w:line="276" w:lineRule="auto"/>
    </w:pPr>
    <w:rPr>
      <w:rFonts w:ascii="Calibri" w:hAnsi="Calibri"/>
      <w:color w:val="333333"/>
    </w:rPr>
  </w:style>
  <w:style w:type="paragraph" w:customStyle="1" w:styleId="0EB9CB59479E4A2EB1184CD083DB88CD2">
    <w:name w:val="0EB9CB59479E4A2EB1184CD083DB88CD2"/>
    <w:rsid w:val="00964BDD"/>
    <w:pPr>
      <w:spacing w:after="200" w:line="276" w:lineRule="auto"/>
    </w:pPr>
    <w:rPr>
      <w:rFonts w:ascii="Calibri" w:hAnsi="Calibri"/>
      <w:color w:val="333333"/>
    </w:rPr>
  </w:style>
  <w:style w:type="paragraph" w:customStyle="1" w:styleId="C908B632886C4174A68F7A0E4F47E56C2">
    <w:name w:val="C908B632886C4174A68F7A0E4F47E56C2"/>
    <w:rsid w:val="00964BDD"/>
    <w:pPr>
      <w:spacing w:after="200" w:line="276" w:lineRule="auto"/>
    </w:pPr>
    <w:rPr>
      <w:rFonts w:ascii="Calibri" w:hAnsi="Calibri"/>
      <w:color w:val="333333"/>
    </w:rPr>
  </w:style>
  <w:style w:type="paragraph" w:customStyle="1" w:styleId="E61B840CEA0B412682B4845CAC87FD352">
    <w:name w:val="E61B840CEA0B412682B4845CAC87FD352"/>
    <w:rsid w:val="00964BDD"/>
    <w:pPr>
      <w:spacing w:after="200" w:line="276" w:lineRule="auto"/>
    </w:pPr>
    <w:rPr>
      <w:rFonts w:ascii="Calibri" w:hAnsi="Calibri"/>
      <w:color w:val="333333"/>
    </w:rPr>
  </w:style>
  <w:style w:type="paragraph" w:customStyle="1" w:styleId="B3BC66D2CD9D4C15AB1B9772BB3C11F82">
    <w:name w:val="B3BC66D2CD9D4C15AB1B9772BB3C11F82"/>
    <w:rsid w:val="00964BDD"/>
    <w:pPr>
      <w:spacing w:after="200" w:line="276" w:lineRule="auto"/>
    </w:pPr>
    <w:rPr>
      <w:rFonts w:ascii="Calibri" w:hAnsi="Calibri"/>
      <w:color w:val="333333"/>
    </w:rPr>
  </w:style>
  <w:style w:type="paragraph" w:customStyle="1" w:styleId="068044BA58514DE690DC0DE1D16B5B492">
    <w:name w:val="068044BA58514DE690DC0DE1D16B5B492"/>
    <w:rsid w:val="00964BDD"/>
    <w:pPr>
      <w:spacing w:after="200" w:line="276" w:lineRule="auto"/>
    </w:pPr>
    <w:rPr>
      <w:rFonts w:ascii="Calibri" w:hAnsi="Calibri"/>
      <w:color w:val="333333"/>
    </w:rPr>
  </w:style>
  <w:style w:type="paragraph" w:customStyle="1" w:styleId="A4C59D94C80C4E5BAAD4EC917D89B7082">
    <w:name w:val="A4C59D94C80C4E5BAAD4EC917D89B7082"/>
    <w:rsid w:val="00964BDD"/>
    <w:pPr>
      <w:spacing w:after="200" w:line="276" w:lineRule="auto"/>
    </w:pPr>
    <w:rPr>
      <w:rFonts w:ascii="Calibri" w:hAnsi="Calibri"/>
      <w:color w:val="333333"/>
    </w:rPr>
  </w:style>
  <w:style w:type="paragraph" w:customStyle="1" w:styleId="9CEC6A45F4194F37B3C6B16EA88F80DF2">
    <w:name w:val="9CEC6A45F4194F37B3C6B16EA88F80DF2"/>
    <w:rsid w:val="00964BDD"/>
    <w:pPr>
      <w:spacing w:after="200" w:line="276" w:lineRule="auto"/>
    </w:pPr>
    <w:rPr>
      <w:rFonts w:ascii="Calibri" w:hAnsi="Calibri"/>
      <w:color w:val="333333"/>
    </w:rPr>
  </w:style>
  <w:style w:type="paragraph" w:customStyle="1" w:styleId="2C5D9FBF9A444B469AEC4B3F8DC8A27A2">
    <w:name w:val="2C5D9FBF9A444B469AEC4B3F8DC8A27A2"/>
    <w:rsid w:val="00964BDD"/>
    <w:pPr>
      <w:spacing w:after="200" w:line="276" w:lineRule="auto"/>
    </w:pPr>
    <w:rPr>
      <w:rFonts w:ascii="Calibri" w:hAnsi="Calibri"/>
      <w:color w:val="333333"/>
    </w:rPr>
  </w:style>
  <w:style w:type="paragraph" w:customStyle="1" w:styleId="95887722AED541F48E043101B9D16C782">
    <w:name w:val="95887722AED541F48E043101B9D16C782"/>
    <w:rsid w:val="00964BDD"/>
    <w:pPr>
      <w:spacing w:after="200" w:line="276" w:lineRule="auto"/>
    </w:pPr>
    <w:rPr>
      <w:rFonts w:ascii="Calibri" w:hAnsi="Calibri"/>
      <w:color w:val="333333"/>
    </w:rPr>
  </w:style>
  <w:style w:type="paragraph" w:customStyle="1" w:styleId="8DF92F553B704F0EB6D55EAA173833DA2">
    <w:name w:val="8DF92F553B704F0EB6D55EAA173833DA2"/>
    <w:rsid w:val="00964BDD"/>
    <w:pPr>
      <w:spacing w:after="200" w:line="276" w:lineRule="auto"/>
    </w:pPr>
    <w:rPr>
      <w:rFonts w:ascii="Calibri" w:hAnsi="Calibri"/>
      <w:color w:val="333333"/>
    </w:rPr>
  </w:style>
  <w:style w:type="paragraph" w:customStyle="1" w:styleId="EBBD8A2FDB2F4AFA85DE6893E13A43282">
    <w:name w:val="EBBD8A2FDB2F4AFA85DE6893E13A43282"/>
    <w:rsid w:val="00964BDD"/>
    <w:pPr>
      <w:spacing w:after="200" w:line="276" w:lineRule="auto"/>
    </w:pPr>
    <w:rPr>
      <w:rFonts w:ascii="Calibri" w:hAnsi="Calibri"/>
      <w:color w:val="333333"/>
    </w:rPr>
  </w:style>
  <w:style w:type="paragraph" w:customStyle="1" w:styleId="02AA31CC945347109227589519ECDC432">
    <w:name w:val="02AA31CC945347109227589519ECDC432"/>
    <w:rsid w:val="00964BDD"/>
    <w:pPr>
      <w:spacing w:after="200" w:line="276" w:lineRule="auto"/>
    </w:pPr>
    <w:rPr>
      <w:rFonts w:ascii="Calibri" w:hAnsi="Calibri"/>
      <w:color w:val="333333"/>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25A3-58BA-4EF5-BA81-D4E5A1E5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VENDOR QUALIFICATIONS AND BUSINESS INFORMATION</vt:lpstr>
    </vt:vector>
  </TitlesOfParts>
  <Manager/>
  <Company/>
  <LinksUpToDate>false</LinksUpToDate>
  <CharactersWithSpaces>6126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QUALIFICATIONS AND BUSINESS INFORMATION</dc:title>
  <dc:subject/>
  <dc:creator>Lori Larsen</dc:creator>
  <cp:keywords/>
  <dc:description>generated by python-docx</dc:description>
  <cp:lastModifiedBy>Sheri Stephens</cp:lastModifiedBy>
  <cp:revision>21</cp:revision>
  <cp:lastPrinted>2026-08-11T14:41:00Z</cp:lastPrinted>
  <dcterms:created xsi:type="dcterms:W3CDTF">2026-08-07T19:31:00Z</dcterms:created>
  <dcterms:modified xsi:type="dcterms:W3CDTF">2026-08-19T15:16:00Z</dcterms:modified>
  <cp:category/>
</cp:coreProperties>
</file>